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历史文化学院2025年“优秀大学生夏令营”正式学员名单-陕西师范大学历史文化学院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历史文化学院2025年度“优秀大学生夏令营”经前期报名和资格筛选，现公布录取营员名单（见附件1）。请录取营员加入QQ群：599325280（入群申请备注：姓名+本科学校），后续夏令营活动将通过QQ群发布。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名单详见附件1：优秀大学生夏令营名单-公布.xlsx。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二、后续安排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录取营员须加入QQ群：599325280。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入群申请备注：姓名+本科学校。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后续夏令营活动将通过QQ群发布。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通信地址：西安市长安区西长安街620号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邮编：710119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联系电话：86-029-85310060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传真：86-029-85310127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E-mail：lswhxy@snnu.edu.cn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陕西师范大学历史文化学院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2025年7月7日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