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广西师范大学法学院2026年推荐免试攻读硕士研究生综合成绩公示</w:t>
      </w:r>
    </w:p>
    <w:p>
      <w:r>
        <w:t>广西师范大学法学院2026年推荐免试攻读硕士研究生综合成绩公示.pdf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