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2024年农学与生物技术学院推荐优秀应届本科毕业生免试攻读2025年硕士研究生的工作方案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根据《云南农业大学关于做好2025年推荐优秀本科应届毕业生免试攻读硕士研究生工作的通知》精神，学院于2024年9月9日启动推免生遴选工作。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发布日期：2023年9月10日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一、成立推免生遴选工作小组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为进一步树立科学评价导向，促进和激励我校本科生勤奋学习、勇于创新、德智体美劳全面发展；加强和完善推免选拔工作机制，切实提高推免工作质量，确保2024年推免工作平稳有序进行，学院成立由院长担任组长，由分管本科、研究生学生工作的学院领导、系主任、专业负责人和班主任组成的推免生遴选工作小组，主要负责组织申报、资格审查、面试和推选等工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推免生遴选工作小组名单如下：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17"/>
        <w:gridCol w:w="4317"/>
      </w:tblGrid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职务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组长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李建宾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副组长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周平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成员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杨志清 陈疏影 刘良燕 康志钰 张新永 杜晓翠 赵昶灵 龙华 张应鹏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纪检委员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安曈昕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秘书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王源 贾彬 张锐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学生代表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两名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二、审核推荐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根据学校下达的15名推免生名额指标，经学院推免生遴选工作小组讨论，确定2025年应届本科毕业生总人数的4.5%作为推荐候选人名单。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学院共有5个本科专业，2025届应届本科毕业生合计332人，根据三年所修课程的平均成绩及加分项计算基础分，选出15名符合条件的推免生候选人。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基础分计算方法：基础分=1至6学期所修课程成绩平均分（A）+50%（1%×六级成绩B+学术科技竞赛加分C+学术论文加分D+已授权专利加分E），详见附表。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推免生遴选工作小组及两名学生代表于2023年9月18日对提交材料的候选人材料真实性进行审核，重点考查申请者的身体健康、思想品德和一贯学业表现，再根据以下公式计算综合成绩，得到候选人的面试成绩（百分制）。根据成绩高低进行推荐，如有考生放弃免推资格，可按总名次顺序进行递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如具备下列条件之一者，优先推荐：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国家大学英语六级考试成绩≥425分（710分制）；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作为唯一队员或主力队员（排名前3）参加的与学业相关的国内权威科研竞赛（全国赛）或相当级别的国际赛事，获省级二等奖（含）以上奖项。国内权威科研竞赛范围为参赛当年教育部认可的《全国普通高校大学生竞赛项目目录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以第一作者公开发表核心期刊以上学术论文。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以第一发明人获授权专利，或以第一著作权人获软件著作权。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对具有特殊学术专长或突出培养潜质的学生（课程平均绩点原则上在该生所在专业排名前40%以内），须经3名以上本校本专业教授联名推荐，学院推免工作小组和专家审核小组严格审核，学校推免工作领导小组复审，且必须对学生有关证明材料、说明材料和教授推荐信进行公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三、其他事项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推免生推荐实行公示制度，对公示名单有争议者，在公示期间可向研究生处及学校纪委办公室（电话：65220788）反映。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农学与生物技术学院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2023年9月10日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