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2026年同济大学土木工程学院接收推荐免试研究生复试结果公示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2026年同济大学土木工程学院接收推荐免试研究生复试结果公示，发布日期为2025年9月22日。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本通知为2026年同济大学土木工程学院接收推荐免试研究生复试结果的公示。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具体名单详见附件《2026年同济大学土木工程学院接收推荐免试研究生名单-工程硕博士专项(公布).pdf》。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地址：上海市四平路1239号同济大学土木工程学院，邮编：200092。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网址：https://civileng.tongji.edu.cn/78/5f/c18272a358495/page.htm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