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广西师范大学法学院2026年推荐免试攻读硕士研究生综合成绩公示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广西师范大学法学院2026年推荐免试攻读硕士研究生综合成绩公示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本公示为广西师范大学法学院2026年推荐免试攻读硕士研究生综合成绩公示。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具体综合成绩名单详见附件《广西师范大学法学院2026年推荐免试攻读硕士研究生综合成绩公示.pdf》。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研究生招生咨询电话：0773-3699665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学院办公室电话/传真：0773-3698039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书记院长信箱：fxysjyz@163.com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学院纪委监督信访、师德师风监督举报电话：0773-3696001，邮箱：gxsdfxyjw@163.com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学院地址：育才校区（广西桂林市七星区育才路15号，邮编541004）；雁山校区（广西桂林市雁山区雁中路1号，邮编541006）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