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学院 | 本科专业名称 | 本科专业代码 | 姓名 | 性别 | 排名方式 | 综合成绩 | 名次 | 排名人数 |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一、生物工程学院2026年推免生情况汇总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学院：生物工程学院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年份：2026年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排名方式：专业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汇总表如下：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本科专业代码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性别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排名方式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综合成绩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名次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排名人数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劳璟怡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海洋科学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杨一凡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轻化工程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孙晓彤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87.97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轻化工程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刘骑源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轻化工程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081701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韩桂梅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田江云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孙嘉怡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李慧珍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李官磊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85.06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083001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范传浩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男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食品质量与安全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张小轩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食品质量与安全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杨烁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85.51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  <w:tr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生物工程学院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食品质量与安全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082702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赵超悦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女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83.68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86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