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林学院2026年推荐免试研究生接收办法-河南农业大学林学院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进一步加强拔尖创新人才选拔和完善推荐免试攻读研究生（以下简称“推免生”）的接收、复试和拟录取工作，提高研究生生源质量，根据教育部有关文件精神及《河南农业大学直博生、硕博连读生招收及管理办法》（农大研〔2022〕1号），结合我院工作实际情况，特制订本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为保障接收工作顺利进行，学院成立招生工作领导小组，组成如下：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 长：化青报 范国强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副 组 长：王娟 彭万喜 张学芳 李喜梅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 员：刘震 赵振利 孔德良 闫东锋 毕会涛 张发文 郭二辉。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二、接收专业及招生计划数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学习形式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拟接收人数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生态学（学术学位）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01植被恢复理论与技术 02森林生态系统结构与功能 03逆境生态与生态调控 04污染生态与生态修复 05湿地保育与功能评价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090700 林学（学术学位）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01林木生物技术 02林木遗传育种 03森林培育 04森林经理学 05经济林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095400 林业（专业学位）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全国大学英语四级462分及其以上或全国大学英语六级425分及其以上，或TOEFL成绩在90分及以上（两年有效），或雅思（学术类）在6.0分及以上（两年有效）。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四、工作程序及安排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（一）申请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具有推荐免试资格的考生，须在国家规定时间内登录“全国推荐免试攻读研究生（免初试、转段）信息公开暨管理服务系统”（网址：https://yz.chsi.com.cn/tm）对我院相关专业提出申请。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学院通过推免服务系统向申请学生发出复试或不予接收复试的通知，申请学生在收到通知后24小时内在系统中予以回复。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复试重点考查考生的思想品德、专业能力、外语水平、创新能力等。各专业具体面试时间、地点及分组情况将通过复试群另行通知。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复试形式为线上、线下相结合。考核时间每生20分钟，满分100分，60分为及格，成绩不及格者不予录取。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（三）申请人复试时需按照要求，提交以下材料：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填写《河南农业大学接收推荐优秀应届本科毕业生免试攻读研究生（含直博生）申请表》2份（附件1）、申请免试攻读河南农业大学研究生（含直博生）考生个人介绍1份（附件2）；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学生证、身份证复印件各1份（原件备查）；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本科阶段历年成绩单（须加盖教务处公章）1份；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外语水平证明，如CET四级、CET六级、TOEFL、雅思成绩等；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申请人还可提交获奖证书、能够证明自身学术水平的代表性学术论文、出版物等材料。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（四）拟录取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学院确定推免生拟录取名单，按复试成绩由高到低排序，将申请学生姓名、拟录取学科/类别、复试成绩等公示3个工作日。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经学院研究生招生工作领导小组审核并公示后的拟录取名单，报送学校研究生招生工作领导小组研究、审定。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拟录取名单经校研究生招生工作领导小组审定同意后，由学校通过推免服务系统发送待录取通知，申请学生应在收到通知后12小时内在系统中给予答复。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推免生拟录取名单由学校统一公示无异议后，由学校报送河南省招生办公室并上传教育部备案。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经备案拟录取为我院的推免生需在我校校医院进行体检，具体时间另行通知。身体状况应符合国家规定的体检标准（同普通高等学校招生体检工作指导意见）。录取通知书将在政审及国家录取检查后于2026年6月中旬寄给考生本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（二）出现下列情况之一者，取消其推免录取资格：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在推免过程中弄虚作假者；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有任何考试作弊记录者；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有剽窃他人学术成果记录或其他违法违纪受处分记录者；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本科毕业时未获得毕业证者；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录取后又报名参加2026年全国硕士研究生招生考试者。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未尽事宜，请咨询林学院办公室。如遇与教育部、河南省、河南农业大学文件不一致的，以教育部、河南省、河南农业大学文件为准。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附件1：河南农业大学接收推荐优秀应届本科毕业生免试攻读研究生（含直博生）申请表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附件2：申请免试攻读河南农业大学研究生（含直博生）考生个人介绍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