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动科动医学院接收推免生复试成绩公示（学硕）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本公示为动科动医学院接收推免生复试成绩公示（学硕），共公示拟录取推免生 6 人，拟录取专业均为临床兽医学（专业代码 090603），复试成绩采用百分制，备注均为“拟录取”。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二、复试成绩明细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拟录取专业(领域)代码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拟录取专业（领域）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复试成绩（百分制）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张红梅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周子渲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王琳莹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陈亚新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87.52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钟远琦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88.56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本公示仅涉及学术型硕士（学硕）推免生复试成绩。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公示人数为 6 人，全部为临床兽医学专业。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复试成绩按百分制计分，最高分 88.8（周子渲），最低分 87.04（王琳莹）。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原文未提供公示期、排名方式及联系方式等信息。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