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信息学院2026年推荐免试硕士研究生通过复试名单公示（第二批）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一、信息学院2026年推荐免试硕士研究生通过复试名单公示（第二批）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信息学院2026年推荐免试硕士研究生成绩名单如下：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报考专业(领域)代码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报考专业（领域）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总成绩（百分制）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高泽丽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黄飞燕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刘宏远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李瞄瞄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彭如杰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艾雨晴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程仁杰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余婉琳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侯雅萱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计算机应用技术（学硕）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黄瑞安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电子信息（专硕）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袁雨琴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电子信息（专硕）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布占炎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电子信息（专硕）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胡赢博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电子信息（专硕）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唐婉棋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计算机技术（专硕）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肖湘崎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二、指标分配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应届毕业生人数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序次指标数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参选指标数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20（含工程硕博士指标1名）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三、受诉信息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受诉工作人员：程心瑛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受诉电话：027-87284288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2025/09/24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