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政治与公共事务管理学院2026届推荐优秀本科毕业生免试攻读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政治与公共事务管理学院2026届推荐优秀本科毕业生免试攻读研究生学生名单如下，共涉及3个专业、37人次，其中普通类29人、普通类（候补）8人。名单按专业分组，各组内按推荐排序排列。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一、政治学与行政学（9人，普通类8人、普通类候补1人）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鹿钰伟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孙博洋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何圣娴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李木子琪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政治学与行政学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罗一瑞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二、行政管理（17人，普通类14人、普通类候补3人）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申桀仲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胡成果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李育衡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成文琪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张锦儿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程羽熙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余恺乐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郭雨芊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袁贯誉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左镇侨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余妃洋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王功意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胡馨雨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冯洁儿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22352058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魏子敬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三、公共事业管理（体育事业管理）（12人，普通类6人、普通类候补6人）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宋晨阳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郭思睿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晁天如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马家玥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成佳琦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蒋佳琳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周雯慧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陈尚灵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公共事业管理（体育事业管理）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22353010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李运昌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普通类（候补）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说明：原文中行政管理专业第7名出现两人（常乐、程羽熙），排序均为7，其后直接跳至第9名，故该专业实际列出17人。原文未提供排名/评分方式及公示期信息。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