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西安石油大学2026年推免生拟推荐名单公示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西安石油大学2026年推免生拟推荐名单公示，总计206人。正文未列出具体专业明细。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总计206人。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未在正文中列出具体专业明细。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经本人申请、各院系及相关单位审核推荐并公示无异议，经学校研究生招生工作领导小组审定后确定拟推荐名单。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四、公示期及异议反映方式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公示时间为2025年9月20日至9月26日，共计7天。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公示期内如有异议，需通过书面实名方式反映。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联系单位为研究生院，联系电话029-88382328，邮箱yanzb@xsyu.edu.cn。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