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昆明医科大学页面访问异常通知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一、页面状态说明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昆明医科大学相关页面访问异常，页面提示“您访问的页面暂时无法打开”。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名单人数：无有效名单数据。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涵盖专业：无有效专业信息。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排名/评分方式：无有效排名或评分信息。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公示期：无有效公示期信息。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页面可能因地址有误、页面已移动或服务器繁忙而无法访问。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建议稍后重试或返回网站首页继续浏览。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联系地址：昆明市呈贡区雨花街道春融西路1168号。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联系邮编：650500。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