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数学学院（珠海）2026届本科毕业生免试攻读研究生推荐名单（含候补）（更新）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数学学院（珠海）2026届本科毕业生免试攻读研究生推荐名单（含候补）（更新）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本名单为数学学院（珠海）2026届本科毕业生免试攻读研究生推荐名单（含候补），共涉及 57 人，涵盖数学与应用数学、信息与计算科学两个专业。备注分为拟推荐、放弃、候补三类。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魏思扬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21310387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李贵龙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陆俊杰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邓泳乐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林钲杰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许欣茹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周成智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潘志然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邵嘉阳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李梓华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21305452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黄学华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方喆澍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马硕唯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许志新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蓝悦航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付烨宏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王延伦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朱华韬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黄震鹏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21305180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温俊廷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范裕健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刘蕴嘉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王鹏骏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徐思香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21310388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张镇荣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徐诗莹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郑永逸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蔡忠航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郭钰晗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殷薛雄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程英琪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秦惜缘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吕姗姗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彭海阅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傅文翔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胡潘和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彭子聪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吴柏昆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蔡涵宇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22339128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22339086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名单总人数为 57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数学与应用数学专业共 35 人，其中拟推荐 27 人、放弃 1 人、候补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信息与计算科学专业共 22 人，其中拟推荐 17 人、候补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全名单中拟推荐共 44 人，放弃 1 人，候补 12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原文未标注排名或评分方式，未标注公示期。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