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北航宇航学院接收推荐免试攻读2026年研究生（含博士）复试名单及复试安排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发布日期：2025年09月17日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名单人数：复试名单详见附件《宇航学院接收推荐免试攻读2026年研究生（含博士）复试名单.pdf》，网页正文未直接列出具体人数及分专业明细。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涵盖专业：网页正文未直接列出涵盖专业，具体以附件名单为准。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排名/评分方式：网页正文未说明排名或评分方式，具体以附件名单及复试安排为准。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公示期：网页正文未说明公示期。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其他重要说明：复试名单及复试安排以附件形式提供，附件文件名为《宇航学院接收推荐免试攻读2026年研究生（含博士）复试名单.pdf》。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