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北京大学法学院关于举办“2025年全国优秀大学生夏令营”的通知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北京大学法学院关于举办“2025年全国优秀大学生夏令营”的通知');addMeta_1788319297804('PubDate','2025-07-30 10:38');addMeta_1788319297804('ContentSource','');Site.switchJump();Site.initNewsDetailV2();Site.hoverChangeImage('#module12');Site.actionForUECallback({ id:'12'});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jzModule.Module.install({"id":12,"type":12,"style":103,"module":{"id":12,"commProp":{"al":[],"cal":[]},"style":103,"flag":0,"prop0":0},"perform":{"moduleAttr":{"_moduleType":12}}});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jzModule.SimpleTextModule.initSimpleTextLazyLoad( {"fontList":[],"isExecInitSimpleText":false,"initSimpleTextData":{},"writingMode":0,"moduleId":4691});jzModule.Module.install({"id":4691,"type":1,"style":86,"module":{"id":4691,"commProp":{"al":[],"cal":[]},"style":86,"flag":7,"prop0":0},"perform":{"moduleAttr":{"_autoHeight":0}}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jzModule.SimpleTextModule.initSimpleTextLazyLoad( {"fontList":[],"isExecInitSimpleText":false,"initSimpleTextData":{},"writingMode":0,"moduleId":4693});jzModule.Module.install({"id":4693,"type":1,"style":86,"module":{"id":4693,"commProp":{"al":[],"cal":[]},"style":86,"flag":7,"prop0":0},"perform":{"moduleAttr":{"_autoHeight":0}}}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//输出百度自动推送js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Site.printBaiduPushJs();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Site.ajaxLogDog();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Site.sendBrowerInfo(false);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Site.initPage();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setTimeout(afterModuleLoaded, 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Site.triggerGobalEvent("siteReadyLoad");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afterModuleLoaded()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Site.initPage2();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Site.initBackToTopTool(false,false,false,'回到顶部','secondStyle_02');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 // afterModuleLoaded end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_jzProUrl = '', _mallProUrl;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_flyerManageDomain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_siteAdmDomain = '',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_jzHomeUrl = '',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_oemDocumentDomain;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Fai.top._allSiteMallOemDomain = 'i.mall.vip.webportal.top';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Fai.top._jzAllSiteDomain = 'i.jz.fkw.com';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_allSiteDomain = '', _allMallDomain = '', _homeDomain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_jzProUrl = 'jz.fkw.com';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_mallProUrl = 'mall.fkw.com';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_flyerManageDomain = 'i.cd.fkw.com';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_siteAdmDomain = 'fkw.com';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_jzHomeUrl = 'jz.fkw.com';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_mallHomeUrl = 'mall.fkw.com';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_allSiteDomain = 'i.jz.fkw.com';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_allMallDomain = 'i.mall.fkw.com';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_homeDomain = 'fkw.com';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_oemDocumentDomain = 'webportal.top';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_Global._webRightBar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_isMemberLogin = false;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_noCover =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_Global._footerHidden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_Global._footerHiddenAllowed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_Global._memberTopBar = false; // 顶部登录条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_navPositionFixTop = false; // 导航栏固定到顶部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_elevatorNavStyleChanged = 0;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if( _Global.isHomePage){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_elevatorNav = {"s":0,"sc":"#fff","eil":[{"img":"","hoverImg":"","fileId":"","hoverFileId":"","link":{},"name":"电梯项1"},{"img":"","hoverImg":"","fileId":"","hoverFileId":"","link":{},"name":"电梯项2"},{"img":"","hoverImg":"","fileId":"","hoverFileId":"","link":{},"name":"电梯项3"}],"sm":0,"eifc":{"y":0,"ic":"#fff","sc":"#fff"},"eif":{"y":0,"s":14,"f":"微软雅黑","c":"#000","ac":"#fff","w":0,"d":0,"i":0},"eis":{"y":0,"w":80,"h":40},"eiis":{"y":0,"w":20,"h":20},"eisp":{"y":0,"s":0,"h":0,"c":"#000"},"eir":{"y":0,"s":0},"eib":{"y":0,"c":"#000","sc":"#000","s":0,"t":true,"b":true,"l":true,"r":true},"eirs":0,"ebg":{"y":0,"f":"","p":"","c":"#000","linear":"","bg":{"backgroundColor":"","backgroundPositionX":"","backgroundPositionY":"","backgroundRepeat":"","backgroundSize":""}},"er":{"y":0,"s":0},"eb":{"y":0,"c":"#000","s":0,"t":true,"b":true,"l":true,"r":true},"ep":{"r":-1,"t":-1}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nav2SubMenu=[];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nav282SubMenu=[];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nav284SubMenu=[{"hidden":false,"colId":288,"href":"https://www.fapingedu.com/h-col-288.html","target":" target='_self'","colName":"法律英语证书","html":"法律英语证书","title":"","onclick":"JZ.setUrlArgToCookieAndJumpByWindowOpen('https://www.fapingedu.com/h-col-288.html', '_self', ''); return false;","nofollowStr":"","staticUrl":"https://www.fapingedu.com/h-col-288.html"},{"hidden":false,"colId":291,"href":"https://www.fapingedu.com/h-col-291.html","target":" target='_self'","colName":"法律英语翻译","html":"法律英语翻译","title":"","onclick":"JZ.setUrlArgToCookieAndJumpByWindowOpen('https://www.fapingedu.com/h-col-291.html', '_self', ''); return false;","nofollowStr":"","staticUrl":"https://www.fapingedu.com/h-col-291.html"},{"hidden":false,"colId":293,"href":"https://www.fapingedu.com/fxkylx/","target":" target='_self'","colName":"法学考研留学","html":"法学考研留学","title":"","onclick":"JZ.setUrlArgToCookieAndJumpByWindowOpen('https://www.fapingedu.com/fxkylx/', '_self', ''); return false;","nofollowStr":"","staticUrl":"https://www.fapingedu.com/fxkylx/"},{"hidden":false,"colId":292,"href":"https://www.fapingedu.com/h-col-292.html","target":" target='_self'","colName":"法律英语教学","html":"法律英语教学","title":"","onclick":"JZ.setUrlArgToCookieAndJumpByWindowOpen('https://www.fapingedu.com/h-col-292.html', '_self', ''); return false;","nofollowStr":"","staticUrl":"https://www.fapingedu.com/h-col-292.html"},{"hidden":false,"colId":313,"href":"https://www.fapingedu.com/sys-pr/?g=209&amp;jpt=3","target":" target='_self'","colName":"涉外法律实务","html":"涉外法律实务","title":"","onclick":"JZ.setUrlArgToCookieAndJumpByWindowOpen('https://www.fapingedu.com/sys-pr/?g=209&amp;jpt=3', '_self', ''); return false;","nofollowStr":"","staticUrl":"https://www.fapingedu.com/sys-pr/?g=209&amp;jpt=3"}];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nav285SubMenu=[];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nav286SubMenu=[{"hidden":false,"colId":294,"href":"https://www.fapingedu.com/h-col-294.html","target":" target='_self'","colName":"LEC法律英语","html":"LEC法律英语","title":"","onclick":"JZ.setUrlArgToCookieAndJumpByWindowOpen('https://www.fapingedu.com/h-col-294.html', '_self', ''); return false;","nofollowStr":"","staticUrl":"https://www.fapingedu.com/h-col-294.html"},{"hidden":false,"colId":299,"href":"https://www.fapingedu.com/h-col-299.html","target":" target='_self'","colName":"法律英语翻译","html":"法律英语翻译","title":"","onclick":"JZ.setUrlArgToCookieAndJumpByWindowOpen('https://www.fapingedu.com/h-col-299.html', '_self', ''); return false;","nofollowStr":"","staticUrl":"https://www.fapingedu.com/h-col-299.html"},{"hidden":false,"colId":296,"href":"https://www.fapingedu.com/h-col-296.html","target":" target='_self'","colName":"法学考研保研","html":"法学考研保研","title":"","onclick":"JZ.setUrlArgToCookieAndJumpByWindowOpen('https://www.fapingedu.com/h-col-296.html', '_self', ''); return false;","nofollowStr":"","staticUrl":"https://www.fapingedu.com/h-col-296.html"},{"hidden":false,"colId":295,"href":"https://www.fapingedu.com/sys-nr/?g=190","target":" target='_self'","colName":"涉外法治知识","html":"涉外法治知识","title":"","onclick":"JZ.setUrlArgToCookieAndJumpByWindowOpen('https://www.fapingedu.com/sys-nr/?g=190', '_self', ''); return false;","nofollowStr":"","staticUrl":"https://www.fapingedu.com/sys-nr/?g=190"},{"hidden":false,"colId":314,"href":"https://www.fapingedu.com/sys-nr/?g=214","target":" target='_self'","colName":"法律实务考试","html":"法律实务考试","title":"","onclick":"JZ.setUrlArgToCookieAndJumpByWindowOpen('https://www.fapingedu.com/sys-nr/?g=214', '_self', ''); return false;","nofollowStr":"","staticUrl":"https://www.fapingedu.com/sys-nr/?g=214"},{"hidden":false,"colId":300,"href":"https://www.fapingedu.com/h-col-300.html","target":" target='_self'","colName":"会议大赛通知","html":"会议大赛通知","title":"","onclick":"JZ.setUrlArgToCookieAndJumpByWindowOpen('https://www.fapingedu.com/h-col-300.html', '_self', ''); return false;","nofollowStr":"","staticUrl":"https://www.fapingedu.com/h-col-300.html"}];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nav283SubMenu=[];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_useBannerVersionTwo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_customBackgroundData = {"styleDefault":true,"s":true,"h":false,"r":3,"ps":0,"o":"","sw":-1,"swt":0,"e":0,"wbh":-1,"wbw":-1,"clw":-1,"crw":-1,"wbws":-1,"wbs":0,"id":"","p":"","bBg":{"y":0,"r":3,"ps":0,"f":"","p":"","c":""},"cBg":{"y":0,"r":3,"ps":0,"f":"","p":"","c":""},"cmBg":{"y":0,"r":3,"ps":0,"f":"","p":"","c":""},"bm":{},"cm":{},"cp":{"y":0}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_templateBackgroundData = {"styleDefault":true,"s":true,"h":false,"r":3,"ps":0,"o":"","sw":-1,"swt":0,"e":0,"wbh":-1,"wbw":-1,"clw":-1,"crw":-1,"wbws":-1,"wbs":0,"id":"","p":"","bBg":{"y":0,"r":3,"ps":0,"f":"","p":"","c":""},"cBg":{"y":0,"r":3,"ps":0,"f":"","p":"","c":""},"cmBg":{"y":0,"r":3,"ps":0,"f":"","p":"","c":""},"bm":{},"cm":{},"cp":{"y":0}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_resImageRoot = '//2.ss.508sys.com';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_useBannerNewType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_templateBannerData = {"ce":{},"pl":0,"h":true,"s":0,"i":4000,"a":1500,"o":false,"t":1,"p":0,"pt":0,"bt":1,"ws2":false,"l":[],"f":{},"n":[],"c":3,"at":0,"tt":false,"ws":false};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_pageBannerData = {"s":0,"i":4000,"a":1500,"h":false,"o":false,"t":1,"p":0,"pt":0,"pl":0,"bt":1,"ws2":false,"l":[],"f":{},"ce":{},"n":[],"c":3,"at":0,"tt":false,"ws":false};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_bannerData = _templateBannerData;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_templateBannerV2Data = {"bl":[{"t":1,"i":"ABUIABAEGAAgh-bNrAYoxdC9ugIwpgk4twQ","ot":0,"p":"//29682352.s21i.faiusr.com/4/8/ABUIABAEGAAgh-bNrAYoxdC9ugIwpgk4twQ.png","w":1190,"h":567,"tp":"//29682352.s21i.faiusr.com/4/8/ABUIABAEGAAgh-bNrAYoxdC9ugIwpgk4twQ!100x100.png","du":"//download.s21i.co99.net/29682352/0/8/ABUIABAEGAAgh-bNrAYoxdC9ugIwpgk4twQ.png?f=ABUIABAEGAAgh-bNrAYoxdC9ugIwpgk4twQ.png&amp;v=","e":0,"u":""},{"t":1,"i":"ABUIABAEGAAghvbNrAYosKeztwIwpgk4twQ","ot":0,"p":"//29682352.s21i.faiusr.com/4/8/ABUIABAEGAAghvbNrAYosKeztwIwpgk4twQ.png","w":1190,"h":567,"tp":"//29682352.s21i.faiusr.com/4/8/ABUIABAEGAAghvbNrAYosKeztwIwpgk4twQ!100x100.png","du":"//download.s21i.co99.net/29682352/0/8/ABUIABAEGAAghvbNrAYosKeztwIwpgk4twQ.png?f=ABUIABAEGAAghvbNrAYosKeztwIwpgk4twQ.png&amp;v=","e":0,"u":""},{"t":1,"i":"ABUIABACGAAgk7TOrAYogLDyzQMwowk4tgQ","ot":0,"p":"//29682352.s21i.faiusr.com/2/8/ABUIABACGAAgk7TOrAYogLDyzQMwowk4tgQ.jpg","w":1187,"h":566,"tp":"//29682352.s21i.faiusr.com/2/8/ABUIABACGAAgk7TOrAYogLDyzQMwowk4tgQ!100x100.jpg","du":"//download.s21i.co99.net/29682352/0/8/ABUIABACGAAgk7TOrAYogLDyzQMwowk4tgQ.jpg?f=ABUIABACGAAgk7TOrAYogLDyzQMwowk4tgQ.jpg&amp;v=","e":0,"u":""}],"mbl":[],"s":1,"bt":3,"at":0,"i":3000,"a":1000,"blh":{"t":0,"h":700},"blw":{"t":0,"w":1440},"bzb":{"t":0,"o":100,"c":""},"bla":0,"ble":{"t":0,"at":0},"blpe":0,"bte":0,"plx":{"o":0,"obg":0,"dir":0,"dist":0.4},"bv":{"fId":"/image/rimage/section/banner/default/flv.mp4","fst":0,"fsh":0.0,"fUrl":"//0.ss.508sys.com/image/rimage/section/banner/default/flv.mp4"},"bbs":{"imgId":"","bis":0,"bo":0,"url":"//2.ss.508sys.com/image/no-pic.jpg"}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_pageBannerV2Data = {"s":0,"bl":[],"bt":1,"at":0,"i":4000,"a":1500,"blh":{"t":0},"blw":{"t":0},"bzb":{"t":0},"bla":0,"ble":{"t":0,"at":0},"blpe":0,"plx":{"o":0,"obg":0,"dir":0,"dist":0.4},"bv":{"fId":"/image/rimage/section/banner/default/flv.mp4","fUrl":"//0.ss.508sys.com/image/rimage/section/banner/default/flv.mp4","fst":0,"fsh":0.0},"bbs":{"bis":0,"bo":0,"imgId":"","url":""},"bte":0,"mbl":[]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_bannerV2Data = _templateBannerV2Data;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_closePhotoDetailEditSettings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_siteSeachRangeLength = 12;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_useTemplateHeaderZone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_useTemplateFooterZone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_useTemplateBottomFloatLayer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_useTemplateTopAdv = true;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_mallOpen = false;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_couponOpen = false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toolBoxShowView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toolBoxShowSet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toolBoxShowABTool = false;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_wideBanner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_navStyleData = {"ncp":{"y":0,"t":-1,"r":-1,"b":-1,"l":-1,"hl":-1,"ht":-1},"v":0,"no":true,"s":0,"ns":{"w":-1,"h":-1},"cs":{"w":-1,"h":-1},"gt":{"y":0},"ht":{"y":0},"np":{},"nb":{"y":0},"cb":{"y":0},"cp":{"y":0,"t":-1,"l":-1},"nis":{"w":-1,"h":-1},"nib":{"y":0},"nihb":{"y":0},"niss":{"w":-1,"h":-1},"nisb":{"y":0},"nsigt":{"y":0},"nsiht":{"y":0},"nsis":{"w":-1,"h":-1},"nsib":{"y":0},"nsihb":{"y":0},"nsiho":0,"nmove":0,"nsmt":{},"nsmb":{},"nrs":{"n":{"t":0},"c":{"t":0},"i":{"t":0},"smt":{"t":0},"smb":{"t":0},"si":{"t":0},"is":{"t":0},"sis":{"t":0},"tmt":{"t":0},"tmb":{"t":0},"ti":{"t":0},"tis":{"t":0}},"nsw":{"n":{"t":0},"c":{"t":0},"i":{"t":0},"sm":{"t":0},"si":{"t":0},"is":{"t":0},"sis":{"t":0}},"nbr":{"n":{"t":0},"i":{"t":0},"sm":{"t":0},"si":{"t":0},"is":{"t":0},"sis":{"t":0},"tm":{"t":0},"ti":{"t":0},"tis":{"t":0}},"ntf":{},"ntmt":{},"ntmb":{},"onft":false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_useNavVersionTwo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_memberTopBar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_memberTopBar_versionTwo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_Global._navHidden =false;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_Global._topBarV2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_Global._stylePanelV1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_Global._stylePanelV2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_useFooterVersionTwo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Fai.top._isDevDebug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Fai.top.checkUPlanAcct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Fai.top._isShowFkAuthTips = true;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Fai.top._fkAuth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Fai.top._fkAuthTitle = "凡科认证";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Fai.top.staffClose=true;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Fai.top._footerInfo = "";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_Global._oemHiddenSupport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_Global._hideSupportAllowed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_Global.techSupport = '//i.fkw.com/marketing/techSupport.jsp';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_Global._hideSideSupportAllowed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_Global._hiddenSupport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_Global._hiddenSideSupport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_Global._oldHiddenSupport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_Global._oldHiddenSideSupport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_Global._hiddenLogin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_Global._openManageSite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_Global._hiddenMobile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_Global._hiddenICP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_Global._hiddenFooterInfo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_Global._footerInfoV2 = "©2026 ek27580258 版权所有";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_Global._hasBeiAn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_Global._hiddenMps = true;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_defaultFooterInfo = "";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_cityJsLink = "//1.ss.508sys.com/js/dist/libs/city2.min.js?v=202412021706";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_floatBtnCssLink = "//2.ss.508sys.com/css/dist/styles/floatBtn1.min.css?v=202402221530";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_themeColorType = 2048;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_bgMusic = {"o":true,"l":true,"v":60,"isAuto":0,"i":"","p":"","n":"","ptn":{"t":0,"sn":"","sgn":"","i":{"t":0,"cl":"#324D52"},"f":{"t":0,"cl":"#333333"},"b":{"t":0,"cl":"#AED7E0"}}};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_sysIndex = 2;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_siteDemo = false;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_isRealDemo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_Global._backToTop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_isGrayTestUser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_newLinkForSite = false;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_siteType =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_usePrem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_acctCreateTime = 1658987304000;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_siteId = 8;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_isUseNewPanel = !_isMallWeb; // 是否使用新的面板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_isMallDesigner = false;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_hideHelp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_templateLayout = _templateDefLayout.NAV_FLOAT;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_webBannerHeight = -1;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_isNewUserForLayoutToNewVersion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_undo = {allow: {undo:0, redo:0} 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_choiceCurrencyVal = "￥";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siteCurrencyRight = false;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_pricePrecision =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_moduleAnimationPercent = -1;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file_size_limit = parseInt("500");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_Global.styleChangeNum =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_Global.showSaveGuide = false;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_Global.saveBtnState =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_Global.previewBtnState =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_Global.saveClickConut =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isJuly3FreeUser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_newUserGuide = false;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videoSource =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cssVideoJs:"//2.ss.508sys.com/css/comm/video.js/video-js.min.css?v=202307101206",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cssDistVideo:"//2.ss.508sys.com/css/dist/styles/video.min.css?v=202503171453",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jsVideo:"//1.ss.508sys.com/js/comm/video.js/video.min.js?v=202307101206"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if( false ){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if(_aid &gt; 9855603 &amp;&amp; !false){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_newUserGuide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}else{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if(_aid &gt; 15971536 &amp;&amp; !false){ // undefined and false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_newUserGuide = true; //传到全局，当前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_newUserGuide = _isMallDesigner ? false : _newUserGuide;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Site.getCouponByHdJump(0);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Site.receiveCouponFromHd(false, 0, 0.0);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_executedCountForUserGuide =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jzOpenTime = 1658987305000;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loginMemberSucJumpUrlIllegality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_Global._siteAdvancedSetting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fk_old_onload = window.onload;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$(window).load(function(){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$.ajax({url:"/ajax/setCookie_h.jsp?cmd=setWafCk_setCheckSiteLvBrowser"});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Site.checkUserDomainAction();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Site.cacheModuleFunc.runSiteInit();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if(typeof fk_old_onload == "function"){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fk_old_onload.apply(this, arguments);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Site.pageOnload();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if(false)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$(function()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function cssTest()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elem = document.createElement('x');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elem.style.cssText = 'pointer-events:auto';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elem.style.pointerEvents === 'auto';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if(cssTest())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$('body').append("")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setTimeout(function(){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if(!Fai.isIE8() &amp;&amp; !Fai.isIE7() ){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$LAB.script("//1.ss.508sys.com/js/dist/svg.min.js?v=202604131414");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},0);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(function(){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bp = document.createElement('script');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curProtocol = window.location.protocol.split(':')[0];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(curProtocol === 'https'){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bp.src = 'https://zz.bdstatic.com/linksubmit/push.js';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else{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bp.src = 'http://push.zhanzhang.baidu.com/push.js';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s = document.getElementsByTagName("script")[0];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s.parentNode.insertBefore(bp, s);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})();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jzUtils.run({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"name": "Pre.errorReport",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"base": window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Site.beforeUnloadFunc(statId);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// 在线视频模块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$LAB.script("//1.ss.508sys.com/js/dist/libs/photoSlide.min.js?v=202412021706");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$LAB.script("//1.ss.508sys.com/js/dist/libs/imageEffect.min.js?v=202412021706")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.wait(function ()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jzUtils.trigger({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"name": "ImageEffect.FUNC.BASIC.Init",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"base":Site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}catch(e){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e.innerError = true;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throw(e);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Site.isCssRenderError();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