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软件学院2026年推荐免试攻读硕士研究生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软件学院2026年推荐免试攻读硕士研究生推荐情况名单公示如下。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本名单为软件学院2026年推荐免试攻读硕士研究生推荐情况名单，共11人，其中拟推荐9人，不推荐2人。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</w:tblGrid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本科专业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前六学期必修课程总平均成绩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前五学期奖学金综合测评平均成绩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综合评价加分项目成绩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综合排名成绩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成绩排名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推荐情况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软件工程（英语方向）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2.20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92.16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SCI论文二区1篇（第一作者）；二类A级竞赛二等奖1项（排名第三）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李乐荣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软件工程（大数据技术与应用）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88.70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1.90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91.76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SCI论文四区影响因子1.0以上1篇（第一作者）；软件著作权1项（第一作者）；二类A级竞赛三等奖1项（排名第一）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王宏若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软件工程（英语方向）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90.76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0.40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91.34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软件著作权2项（第一作者）；二类A级竞赛二等奖1项（排名第二）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吴文艳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软件工程(嵌入式方向)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88.90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黄梦婷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物联网工程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88.12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徐飞箭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软件工程（英语方向）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87.30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刘怡婷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软件工程（大数据方向）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87.93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84.16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87.17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龚钺馨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软件工程（大数据方向）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86.71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徐義乐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软件工程（软件开发方向）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86.47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不推荐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何诚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软件工程（会计方向）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85.30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0.50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不推荐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外观设计专利1项（第一作者）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王可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软件工程（项目开发与管理）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81.14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78.94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80.70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不推荐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名单共11人，拟推荐9人，不推荐2人。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综合评价加分项目成绩计入综合排名成绩，综合排名成绩用于成绩排名。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公示期及具体异议受理方式原文未提供。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