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北京大学科学智能学院关于举办“2026年全国优秀大学生夏令营”的通知-北京大学深圳研究生院科学智能学院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2025年，面对智能时代的科学革命与产业变革，北京大学以前瞻视野在深圳研究生院创立了科学智能学院。作为全球首个以学科形式推进科学智能（AI for Science）建制化发展的高等教育平台，科学智能学院聚焦人工智能与基础科学的深度融合。学院将构建“AI+科学”双轨制导师培养体系，开拓科学原理与大数据深度融通的科研范式，打造开放协同的创新生态。通过加速科学发现进程，定义产业未来格局，着力培养具有国际视野、交叉学科背景与创新能力的前沿复合型人才。为促进全国各高校优秀大学生之间的交流，增进同学们对我院的了解，我们拟于2026年7月26日-28日举办“全国优秀大学生暑期夏令营活动”，欢迎计算机、人工智能、数学、化学、材料、生物、微电子、物理、机械、化工、生命科学、医药类等相关专业的优秀大学生积极报名！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一、活动安排及活动人数（暂定）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夏令营时间：2026年7月26日~7月28日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活动人数：150人左右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活动安排：无特殊情况，夏令营采用线下形式举办。主要活动内容包括但不限于：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1.学院情况介绍及各课题组宣讲、师生交流；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2.实验室参观；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3.营员个人展示；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4.素质拓展。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（一）营员对象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1.全国高校2027年应届本科毕业生，具有计算机、人工智能、数学、化学、材料、生物、微电子、物理、机械、化工、生命科学、医药类等相关专业背景的优先考虑。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（二）入营条件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1、学习成绩优秀，综合素质高。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2、对专业有浓厚的兴趣，愿意从事科学研究工作。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3、英语水平（符合其中任何一项即可）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a）国家英语四级考试500分（含）以上；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b）国家英语六级考试成绩425分（含）以上；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c）国家英语专业四级、八级考试合格；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d）WSK（PETS 5）考试合格；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e）TOEFL成绩100分（含）以上（IBT）；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f）GRE成绩320分（含）以上；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g）雅思成绩（学术类）6.0分（含）以上；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h）作为第一或第二作者（导师第一作者）在报考学科、专业或相近研究领域的期刊或会议发表过英文学术论文（2020年9月1日后发表）。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注：如提交雅思和托福英语考试成绩，需提交2025年9月1日后的考试成绩，并且在资格审查阶段能够登录官方系统进行查验；英语四六级成绩报告扫描件需足够清晰，确保右下角查验二维码清晰可扫。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（一）网上申报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2026年优秀大学生夏令营网上报名系统已开通，欢迎大家踊跃报名。报名网址为：https://admission.pku.edu.cn/applications/（建议使用谷歌、火狐浏览器）。注册登录后，选择夏令营模块，选择“北京大学科学智能学院2026年全国优秀大学生夏令营”。请选择对应的专业进行填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申请专业：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科学智能（计算机科学与技术）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科学智能（材料科学）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科学智能（生物学）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科学智能（化学）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备注：关于系统申报，有任何疑问，请直接致电0755-26037662丁老师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报名起止时间为2026年6月3日0:00至2026年7月1日23:59。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（二）提交申请材料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1、电子档材料提交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请于2026年7月1日23:59:59前将以下“所需材料”的电子版（有签字的材料需签字后再扫描）按顺序整理成一份PDF文档（专家推荐信不用提交电子版），发送至邮箱ai4s-admissions@pku.edu.cn。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邮件主题及附件文件名请以“拟申请专业-姓名-所在学校”命名。如：科学智能（生物学）-张三-北京大学。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2、纸版材料提交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入选营员需提交纸版材料，纸版材料请按以下“所需材料”顺序整理好，用燕尾夹夹好，入营报到时提交。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纸版材料提交时需保证2封专家推荐信是密封状态。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全部申请材料一经收到，恕不退还。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所需材料：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1、北京大学2026年全国优秀大学生夏令营申请表1份（网上填写生成，申请人签名需用黑色签字笔手签）；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2、个人陈述1份（模板从报名系统中下载，申请人签名需用黑色签字笔手签）；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3、专家推荐信2封（模板从报名系统中下载），均需副教授（含）及以上职称专家分别推荐（推荐信内容可以打印，推荐人签名需用黑色签字笔手签，用信封密封好，专家需在信封封口处签名）；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4、本科阶段包含所修全部课程的正式成绩单原件1份，需加盖学校教务处公章或成绩单证明专用章；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5、本科阶段成绩排名（如本科院校有内容基本一致但格式不同的成绩证明，也可直接使用作为证明材料）；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6、英语水平成绩证明（成绩单）；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7、其他证明材料（如获奖证书；各类证书；代表性学术论文、出版物或原创性工作成果等）。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材料提交说明：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1、以上1~6为必须项，第7项由考生根据自身实际情况提交。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2、申请人须保证所有材料真实有效，若填报虚假信息、提供虚假申报材料等，取消入营资格。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四、材料审核及选拔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我院专家工作小组将根据申请人提供的资料择优选拔营员，入营名单拟于2026年7月中在学院主页（https://ai4s.pkusz.edu.cn/）上公布，未接到入营通知的同学皆为未入选，不另行通知。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五、活动费用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本次夏令营不收取任何费用。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1.交通住宿费：入选营员自理交通住宿费。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2.用餐费：我院统一安排营员在我院活动期间的用餐。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联系地址：深圳市南山区丽水路2199号北京大学深圳研究生院B栋219办公室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丁老师：0755-26037662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E-mail：ai4s-admissions@pku.edu.cn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更多信息请留意科学智能学院网站（https://ai4s.pkusz.edu.cn/）。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