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本名单为复试名单，共列出 75 人，字段为姓名与身份证号后 4 位。名单未标注专业、学院、排名或评分方式，亦未给出公示期。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身份证号后4位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卜斯洋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曹柏胜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523X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陈鹏辉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5014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陈炫宏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陈增铭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陈致睿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崔资妍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邓景耀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丁翔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2912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房御恒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付宇轩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9351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韩逸飞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洪凯隆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3138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胡闽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黄奥博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黄涵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6845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黄俊玮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纪佳序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贾博涵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江正纮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蒋应培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库若男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5569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李豪扬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李舒睿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梁俊谦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0635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廖嘉虹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林华勋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刘恒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刘洁馨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刘贤滢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罗烯月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罗贻燊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麦天宇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欧逸诚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秦培森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单仁超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施丹宸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孙博文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3371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陶汪杰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涂文俊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涂玉婷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王熙蕾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王尧霆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王宇轩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王缜焘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韦银盈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魏宇锐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翁敬贤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吴宏辉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吴剑涛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熊翊翊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徐凝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许昂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许栋程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853X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许峻威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严兆涛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阳运鸿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杨国力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杨津晶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818X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杨炎鑫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5552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游景翔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湛仪凡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张龙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章子豪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7131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赵博林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赵俊岚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赵心宁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0612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钟咏卉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周宇昂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朱冠羽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4611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朱永祺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邹文博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2037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