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《中国—欧洲服务与数字贸易发展报告》发布会暨“中国...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中国人民大学经济学院2024年暑期研学营（数字经济专硕项目）拟入营名单公示，发文时间：2024-08-19。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发布日期：2024年8月19日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本次拟入营名单共公示34人，具体如下：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202503153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李*仪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202505642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王*菠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202505750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许*宇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202506626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202504503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殷*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202506744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202509323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夏*秋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202512096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202516996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汤*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202509095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吴*仪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202511139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陈*昕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202506474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邵*尧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202504491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张*轩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202505544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王*凡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202507661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韩*臣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202507875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邓*天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202516771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雷*欣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202516002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韩*宇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202507098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梁*冉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202503636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屠*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202503579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黄*钰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202502894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杨*宇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202503668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王*薇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202503766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畅*垚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202504646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章*潇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202505184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周*涵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202507786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李*蔚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202512412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樊*昕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202516544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孙*峰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202516885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刘*阳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202502882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薛*言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202511343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姜*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202511629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张*妍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202500115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（姓名未显示）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本名单为中国人民大学经济学院2024年暑期研学营（数字经济专硕项目）拟入营名单。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公示发文时间为2024-08-19。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名单共涉及34名考生，序号1至34依次排列，考生号与姓名对应关系如上表所示。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原文未提供排名或评分方式、公示期起止时间及联系方式等信息。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