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四川外国语大学中国语言文化学院2026年优秀本科生夏令营招生简章</w:t>
      </w:r>
    </w:p>
    <w:p>
      <w:r>
        <w:t>HOME</w:t>
      </w:r>
    </w:p>
    <w:p>
      <w:r>
        <w:t>下设机构</w:t>
      </w:r>
    </w:p>
    <w:p>
      <w:r>
        <w:t>宣传片</w:t>
      </w:r>
    </w:p>
    <w:p>
      <w:r>
        <w:t>教学团队</w:t>
      </w:r>
    </w:p>
    <w:p>
      <w:r>
        <w:t>导师团队</w:t>
      </w:r>
    </w:p>
    <w:p>
      <w:r>
        <w:t>管理团队</w:t>
      </w:r>
    </w:p>
    <w:p>
      <w:r>
        <w:t>学工队伍</w:t>
      </w:r>
    </w:p>
    <w:p>
      <w:r>
        <w:t>学科建设</w:t>
      </w:r>
    </w:p>
    <w:p>
      <w:r>
        <w:t>学科简介</w:t>
      </w:r>
    </w:p>
    <w:p>
      <w:r>
        <w:t>科研政策</w:t>
      </w:r>
    </w:p>
    <w:p>
      <w:r>
        <w:t>学术活动</w:t>
      </w:r>
    </w:p>
    <w:p>
      <w:r>
        <w:t>建设成果</w:t>
      </w:r>
    </w:p>
    <w:p>
      <w:r>
        <w:t>本科生教育</w:t>
      </w:r>
    </w:p>
    <w:p>
      <w:r>
        <w:t>研究生教育</w:t>
      </w:r>
    </w:p>
    <w:p>
      <w:r>
        <w:t>辅修双学位</w:t>
      </w:r>
    </w:p>
    <w:p>
      <w:r>
        <w:t>实习基地</w:t>
      </w:r>
    </w:p>
    <w:p>
      <w:r>
        <w:t>党建与思政</w:t>
      </w:r>
    </w:p>
    <w:p>
      <w:r>
        <w:t>学生工作</w:t>
      </w:r>
    </w:p>
    <w:p>
      <w:r>
        <w:t>学生会与社团</w:t>
      </w:r>
    </w:p>
    <w:p>
      <w:r>
        <w:t>活动风采</w:t>
      </w:r>
    </w:p>
    <w:p>
      <w:r>
        <w:t>创新创业</w:t>
      </w:r>
    </w:p>
    <w:p>
      <w:r>
        <w:t>下载专区</w:t>
      </w:r>
    </w:p>
    <w:p>
      <w:r>
        <w:t>校友之家</w:t>
      </w:r>
    </w:p>
    <w:p>
      <w:r>
        <w:t>校友风采</w:t>
      </w:r>
    </w:p>
    <w:p>
      <w:r>
        <w:t>校友名录</w:t>
      </w:r>
    </w:p>
    <w:p>
      <w:r>
        <w:t>国际交流</w:t>
      </w:r>
    </w:p>
    <w:p>
      <w:r>
        <w:t>海外实习基地</w:t>
      </w:r>
    </w:p>
    <w:p>
      <w:r>
        <w:t>合作办学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