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联系方式 / CONTACT US</w:t>
      </w:r>
    </w:p>
    <w:p>
      <w:pPr>
        <w:spacing w:after="80" w:lineRule="auto" w:line="360"/>
        <w:ind w:firstLine="482"/>
        <w:jc w:val="both"/>
      </w:pPr>
      <w:r>
        <w:rPr>
          <w:rFonts w:ascii="Times New Roman" w:hAnsi="Times New Roman" w:eastAsia="宋体"/>
          <w:b w:val="0"/>
          <w:sz w:val="24"/>
        </w:rPr>
        <w:t>根据《闽南师范大学推荐优秀应届本科毕业生免试攻读硕士学位研究生工作实施办法(试行)》文件精神，结合我院实际情况，制定本实施细则。</w:t>
      </w:r>
    </w:p>
    <w:p>
      <w:pPr>
        <w:spacing w:after="80" w:lineRule="auto" w:line="360"/>
        <w:ind w:firstLine="482"/>
        <w:jc w:val="both"/>
      </w:pPr>
      <w:r>
        <w:rPr>
          <w:rFonts w:ascii="Times New Roman" w:hAnsi="Times New Roman" w:eastAsia="宋体"/>
          <w:b w:val="0"/>
          <w:sz w:val="24"/>
        </w:rPr>
        <w:t>发布日期（推定）：2025年9月2日</w:t>
      </w:r>
    </w:p>
    <w:p>
      <w:pPr>
        <w:spacing w:before="160" w:after="80" w:lineRule="auto" w:line="360"/>
        <w:jc w:val="left"/>
      </w:pPr>
      <w:r>
        <w:rPr>
          <w:rFonts w:ascii="Times New Roman" w:hAnsi="Times New Roman" w:eastAsia="宋体"/>
          <w:b/>
          <w:sz w:val="28"/>
        </w:rPr>
        <w:t>一、组织管理</w:t>
      </w:r>
    </w:p>
    <w:p>
      <w:pPr>
        <w:spacing w:after="80" w:lineRule="auto" w:line="360"/>
        <w:ind w:firstLine="482"/>
        <w:jc w:val="both"/>
      </w:pPr>
      <w:r>
        <w:rPr>
          <w:rFonts w:ascii="Times New Roman" w:hAnsi="Times New Roman" w:eastAsia="宋体"/>
          <w:b w:val="0"/>
          <w:sz w:val="24"/>
        </w:rPr>
        <w:t>为加强对推荐免试生工作的领导，确保推荐工作的正确导向与公平公正，学院成立9人组成的推免生遴选工作小组，由院长担任组长，学院相关党政领导、专业负责人、教师代表、本科生毕业班辅导员等组成。全面负责本学院的推免工作，落实集体议事和集体决策制度。学院教学秘书与毕业班年段辅导员任工作小组秘书。</w:t>
      </w:r>
    </w:p>
    <w:p>
      <w:pPr>
        <w:spacing w:before="160" w:after="80" w:lineRule="auto" w:line="360"/>
        <w:jc w:val="left"/>
      </w:pPr>
      <w:r>
        <w:rPr>
          <w:rFonts w:ascii="Times New Roman" w:hAnsi="Times New Roman" w:eastAsia="宋体"/>
          <w:b/>
          <w:sz w:val="28"/>
        </w:rPr>
        <w:t>二、推免生条件</w:t>
      </w:r>
    </w:p>
    <w:p>
      <w:pPr>
        <w:spacing w:after="80" w:lineRule="auto" w:line="360"/>
        <w:ind w:firstLine="482"/>
        <w:jc w:val="both"/>
      </w:pPr>
      <w:r>
        <w:rPr>
          <w:rFonts w:ascii="Times New Roman" w:hAnsi="Times New Roman" w:eastAsia="宋体"/>
          <w:b w:val="0"/>
          <w:sz w:val="24"/>
        </w:rPr>
        <w:t>1. 申请对象：纳入国家普通本科招生计划录取且推免当年首次进入本科最后一学年学习的闽南师范大学文学院应届毕业生（不含专升本、第二学士学位学生）。</w:t>
      </w:r>
    </w:p>
    <w:p>
      <w:pPr>
        <w:spacing w:after="80" w:lineRule="auto" w:line="360"/>
        <w:ind w:firstLine="482"/>
        <w:jc w:val="both"/>
      </w:pPr>
      <w:r>
        <w:rPr>
          <w:rFonts w:ascii="Times New Roman" w:hAnsi="Times New Roman" w:eastAsia="宋体"/>
          <w:b w:val="0"/>
          <w:sz w:val="24"/>
        </w:rPr>
        <w:t>2. 思想品德条件、身体条件和心理素质条件：</w:t>
      </w:r>
    </w:p>
    <w:p>
      <w:pPr>
        <w:spacing w:after="80" w:lineRule="auto" w:line="360"/>
        <w:ind w:firstLine="482"/>
        <w:jc w:val="both"/>
      </w:pPr>
      <w:r>
        <w:rPr>
          <w:rFonts w:ascii="Times New Roman" w:hAnsi="Times New Roman" w:eastAsia="宋体"/>
          <w:b w:val="0"/>
          <w:sz w:val="24"/>
        </w:rPr>
        <w:t>（1）拥护中国共产党的领导，具有高尚的爱国主义情操和集体主义精神，社会主义信念坚定，社会责任感强，遵纪守法，积极向上，德智体美劳全面发展；</w:t>
      </w:r>
    </w:p>
    <w:p>
      <w:pPr>
        <w:spacing w:after="80" w:lineRule="auto" w:line="360"/>
        <w:ind w:firstLine="482"/>
        <w:jc w:val="both"/>
      </w:pPr>
      <w:r>
        <w:rPr>
          <w:rFonts w:ascii="Times New Roman" w:hAnsi="Times New Roman" w:eastAsia="宋体"/>
          <w:b w:val="0"/>
          <w:sz w:val="24"/>
        </w:rPr>
        <w:t>（2）诚实守信，学风端正，无任何考试作弊和剽窃他人学术成果记录。</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