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草业学院2026年推荐优秀应届本科毕业生免试攻读研究生遴选结果公示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一、遴选结果公示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按照《山西农业大学草业学院2026年推荐优秀应届本科毕业生免试攻读研究生实施细则》要求，经推免生遴选工作领导小组组织专家审核申请推荐免试学生材料，并根据综合遴选成绩进行排序。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遴选结果详见附表：草业学院2026年推荐优秀应届本科毕业生免试攻读研究生考核结果。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拟推荐综合考核排名前6的同学免试攻读研究生。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二、公示期及异议反馈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公示期为2025年9月2日至2025年9月4日。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公示期内如有异议，可向推免生遴选工作领导小组反映。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联系电话：0354-6288867。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