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复旦大学马克思主义学院2026年推免生预选拔进入复试考生名单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复旦大学马克思主义学院2026年推免生预选拔进入复试考生名单，总计36人。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复旦大学马克思主义学院2026年推免生预选拔进入复试考生名单，总计36人。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马克思主义理论（具体专业方向未在公示中列明）。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本名单为进入复试考生名单，按报名号排序，未涉及评分或排名方式。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未在公示中明确说明公示期及异议反馈渠道。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