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240" w:lineRule="auto" w:line="360"/>
        <w:jc w:val="center"/>
      </w:pPr>
      <w:r>
        <w:rPr>
          <w:rFonts w:ascii="Times New Roman" w:hAnsi="Times New Roman" w:eastAsia="宋体"/>
          <w:b/>
          <w:sz w:val="32"/>
        </w:rPr>
        <w:t>民族医药学院2026年推免攻读硕士研究生结果公示</w:t>
      </w:r>
    </w:p>
    <w:p>
      <w:pPr>
        <w:spacing w:before="160" w:after="80" w:lineRule="auto" w:line="360"/>
        <w:jc w:val="left"/>
      </w:pPr>
      <w:r>
        <w:rPr>
          <w:rFonts w:ascii="Times New Roman" w:hAnsi="Times New Roman" w:eastAsia="宋体"/>
          <w:b/>
          <w:sz w:val="28"/>
        </w:rPr>
        <w:t>一、推免工作依据与流程</w:t>
      </w:r>
    </w:p>
    <w:p>
      <w:pPr>
        <w:spacing w:after="80" w:lineRule="auto" w:line="360"/>
        <w:ind w:firstLine="482"/>
        <w:jc w:val="both"/>
      </w:pPr>
      <w:r>
        <w:rPr>
          <w:rFonts w:ascii="Times New Roman" w:hAnsi="Times New Roman" w:eastAsia="宋体"/>
          <w:b w:val="0"/>
          <w:sz w:val="24"/>
        </w:rPr>
        <w:t>发布日期：2025年9月5日</w:t>
      </w:r>
    </w:p>
    <w:p>
      <w:pPr>
        <w:spacing w:after="80" w:lineRule="auto" w:line="360"/>
        <w:ind w:firstLine="482"/>
        <w:jc w:val="both"/>
      </w:pPr>
      <w:r>
        <w:rPr>
          <w:rFonts w:ascii="Times New Roman" w:hAnsi="Times New Roman" w:eastAsia="宋体"/>
          <w:b w:val="0"/>
          <w:sz w:val="24"/>
        </w:rPr>
        <w:t>1. 依据《2026年推荐优秀应届本科生免试攻读硕士学位研究生工作方案》《云南民族大学推荐优秀应届本科毕业生免试攻读硕士学位研究生工作管理办法》《民族医药学院（农业与食品科学工程学院-筹）推免工作实施细则》等文件规定执行。</w:t>
      </w:r>
    </w:p>
    <w:p>
      <w:pPr>
        <w:spacing w:after="80" w:lineRule="auto" w:line="360"/>
        <w:ind w:firstLine="482"/>
        <w:jc w:val="both"/>
      </w:pPr>
      <w:r>
        <w:rPr>
          <w:rFonts w:ascii="Times New Roman" w:hAnsi="Times New Roman" w:eastAsia="宋体"/>
          <w:b w:val="0"/>
          <w:sz w:val="24"/>
        </w:rPr>
        <w:t>2. 流程包括：学生自愿报名、提交相关纸质版支撑材料、学院初审、组织5位专家听取学生答辩汇报并审核支撑材料真实性。</w:t>
      </w:r>
    </w:p>
    <w:p>
      <w:pPr>
        <w:spacing w:after="80" w:lineRule="auto" w:line="360"/>
        <w:ind w:firstLine="482"/>
        <w:jc w:val="both"/>
      </w:pPr>
      <w:r>
        <w:rPr>
          <w:rFonts w:ascii="Times New Roman" w:hAnsi="Times New Roman" w:eastAsia="宋体"/>
          <w:b w:val="0"/>
          <w:sz w:val="24"/>
        </w:rPr>
        <w:t>3. 最终总成绩计算方式：学习成绩占70%，综合测评成绩占30%。</w:t>
      </w:r>
    </w:p>
    <w:p>
      <w:pPr>
        <w:spacing w:before="160" w:after="80" w:lineRule="auto" w:line="360"/>
        <w:jc w:val="left"/>
      </w:pPr>
      <w:r>
        <w:rPr>
          <w:rFonts w:ascii="Times New Roman" w:hAnsi="Times New Roman" w:eastAsia="宋体"/>
          <w:b/>
          <w:sz w:val="28"/>
        </w:rPr>
        <w:t>二、公示名单与时间</w:t>
      </w:r>
    </w:p>
    <w:p>
      <w:pPr>
        <w:spacing w:after="80" w:lineRule="auto" w:line="360"/>
        <w:ind w:firstLine="482"/>
        <w:jc w:val="both"/>
      </w:pPr>
      <w:r>
        <w:rPr>
          <w:rFonts w:ascii="Times New Roman" w:hAnsi="Times New Roman" w:eastAsia="宋体"/>
          <w:b w:val="0"/>
          <w:sz w:val="24"/>
        </w:rPr>
        <w:t>1. 现将进入下一环节的名单予以公示，具体名单见附件《2026年民族医药学院推免攻读硕士研究生结果公示》（按学号排序）。</w:t>
      </w:r>
    </w:p>
    <w:p>
      <w:pPr>
        <w:spacing w:after="80" w:lineRule="auto" w:line="360"/>
        <w:ind w:firstLine="482"/>
        <w:jc w:val="both"/>
      </w:pPr>
      <w:r>
        <w:rPr>
          <w:rFonts w:ascii="Times New Roman" w:hAnsi="Times New Roman" w:eastAsia="宋体"/>
          <w:b w:val="0"/>
          <w:sz w:val="24"/>
        </w:rPr>
        <w:t>2. 公示期为5个工作日，自2025年9月5日至2025年9月11日。</w:t>
      </w:r>
    </w:p>
    <w:p>
      <w:pPr>
        <w:spacing w:before="160" w:after="80" w:lineRule="auto" w:line="360"/>
        <w:jc w:val="left"/>
      </w:pPr>
      <w:r>
        <w:rPr>
          <w:rFonts w:ascii="Times New Roman" w:hAnsi="Times New Roman" w:eastAsia="宋体"/>
          <w:b/>
          <w:sz w:val="28"/>
        </w:rPr>
        <w:t>三、异议反映方式</w:t>
      </w:r>
    </w:p>
    <w:p>
      <w:pPr>
        <w:spacing w:after="80" w:lineRule="auto" w:line="360"/>
        <w:ind w:firstLine="482"/>
        <w:jc w:val="both"/>
      </w:pPr>
      <w:r>
        <w:rPr>
          <w:rFonts w:ascii="Times New Roman" w:hAnsi="Times New Roman" w:eastAsia="宋体"/>
          <w:b w:val="0"/>
          <w:sz w:val="24"/>
        </w:rPr>
        <w:t>1. 公示期间如有异议，请向学院教学办反映，电话：0871-65926040。</w:t>
      </w:r>
    </w:p>
    <w:p>
      <w:pPr>
        <w:spacing w:after="80" w:lineRule="auto" w:line="360"/>
        <w:ind w:firstLine="482"/>
        <w:jc w:val="both"/>
      </w:pPr>
      <w:r>
        <w:rPr>
          <w:rFonts w:ascii="Times New Roman" w:hAnsi="Times New Roman" w:eastAsia="宋体"/>
          <w:b w:val="0"/>
          <w:sz w:val="24"/>
        </w:rPr>
        <w:t>2. 或向学院纪委反映，电话：0871-65916940。</w:t>
      </w:r>
    </w:p>
    <w:sectPr w:rsidR="00FC693F" w:rsidRPr="0006063C" w:rsidSect="00034616">
      <w:pgSz w:w="12240" w:h="15840"/>
      <w:pgMar w:top="1440" w:right="1803" w:bottom="1440" w:left="1803"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