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2026年山东大学集成电路学院优秀大学生暑期夏令营公告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2026年山东大学集成电路学院优秀大学生暑期夏令营公告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发布日期（推定）：2026年6月12日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一、学院简介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山东大学集成电路学院坐落于济南校区，是教育部批准的全国示范性微电子学院之一，现有教职工130人，含正高级职称38人及各类人才39人。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学院设有RISC-V与集成电路设计、智慧医疗与系统应用、新一代半导体材料、新一代半导体器件四个研究室，拥有集成电路科学与工程一级学科博士学位授权点和博士后流动站。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学院拥有完备科研平台，包括国家电子元器件清洗技术研究应用推广中心、山东省工程技术研究中心等，器件加工精度可达7nm，测试频率高达750GHz。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（一）申请资格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拥护中国共产党的领导，遵纪守法，品德优良，学风端正。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全国高校本科三年级在校生（2027届应届毕业生）。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学习成绩优秀，预计能够取得所在院校推荐免试攻读研究生资格。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英语达到国家四/六级水平（425分以上）或TOEFL、GRE成绩优秀。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对集成电路、微电子学科有浓厚兴趣，志愿报考山东大学集成电路学院。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（二）报名方式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登录山东大学研究生招生服务平台，点击“夏令营”注册报名，选择“集成电路学院”，填报流程以“提交”为结束标志。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申请材料包括：学生证及身份证扫描件、本科成绩单及前两年半成绩排名证明（教务部门盖章）、英语水平证明、个人简历及获奖或学术成果材料、《思想政治素质和品德考核表》（需政工部门签字盖章）。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审核由学院专门委员会负责，7月在申请系统发送入选结果，通过者需按规定时间确认参加，逾期未确认视为放弃。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三、日程及活动安排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报名日期：2026年6月29日至2026年7月8日。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夏令营活动时间：2026年7月中旬（具体日期另行通知）。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活动内容包括学院介绍、政策宣讲、专家学术报告等。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本次夏令营不收取任何费用。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申请人须保证申报信息真实有效，否则取消相关资格。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参加者须遵守举办单位各项规定，服从统一安排。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咨询电话：0531-88390687；更多内容请留意山东大学集成电路学院网站。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