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关于经济学院2026 年推荐优秀应届本科毕业生免试攻读硕士学位研究生名单的公示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分配我院的推荐名额，在学生个人自主申报、学院严格审核材料及评审的基础上，经学院推免生推荐工作领导小组审议通过，确定了经济学院2026年推荐优秀应届本科毕业生免试攻读硕士学位研究生的拟推荐名单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公示时间：2025年9月11日至2025年9月17日。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异议处理：在公示期内，如对拟推荐结果持有异议，可在公示期间向学院推免生推荐工作领导小组递交复议申请表。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联系地址：思源湖校区格物楼309室、思源湖校区格物楼615室。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联系人及电话：彭老师 3261851；高老师 3261812。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附件：广西民族大学推免复议申请表.docx。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拟推荐名单具体内容见公示原文（原文未提供名单明细表格）。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