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广西师范大学数学与统计学院2026年推荐优秀应届本科毕业生免试攻读硕士学位研究生工作实施方案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广西师范大学数学与统计学院2026年推荐优秀应届本科毕业生免试攻读硕士学位研究生工作实施方案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发布日期（推定）：2025年9月10日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一、工作目的与依据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为做好2026年推荐优秀应届本科毕业生免试攻读硕士学位研究生工作，根据教育部及学校相关文件精神，结合学院实际制定本方案。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二、推荐条件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申请者须为我院2026届全日制应届本科毕业生。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拥护中国共产党的领导，具有高尚的爱国主义情操和集体主义精神，社会主义信念坚定，社会责任感强，遵纪守法，积极向上，身心健康。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勤奋学习，刻苦钻研，成绩优秀，无不及格课程，学术研究兴趣浓厚，有较强的创新意识和专业能力。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诚实守信，学风端正，无任何考试作弊和剽窃他人学术成果记录；品行表现优良，无任何违法违纪受处分记录。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符合学校规定的其他推荐条件。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三、推荐程序与时间安排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学生申请：符合条件的学生在规定时间内向学院提交申请及相关材料。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学院审核：学院推免工作小组对申请学生进行资格审核，并组织综合考核。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名单公示：根据考核结果确定拟推荐名单，在学院内进行公示，公示期不少于规定天数。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上报学校：公示无异议后，将推荐名单及相关材料上报学校审定。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具体时间节点以学校及学院后续通知为准。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学院办公室电话：请查阅学院官网通知公告栏目。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学院网址：http://www.math.gxnu.edu.cn/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如有疑问，请及时联系学院教学秘书或辅导员。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（本通知同时涵盖预推免与正式推免流程）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