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中国人民大学统计学院2027年推免生接收工作报名通知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中国人民大学统计学院2027年推免生接收工作报名通知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国人民大学统计学科始建于1950年，是新中国统计教育的奠基者和开拓者，2003年7月成立中国人民大学统计学院。多年来，中国人民大学统计学科一直强调统计理论和统计应用的结合，不断拓宽统计教学和研究领域，是统计学全国重点学科，在2017年教育部全国统计学一级学科评估中获评A+，是国家“双一流”战略规划重点建设单位，教育部人文社会科学重点研究基地“应用统计科学研究中心”与“全国应用统计专业学位研究生教育指导委员会”秘书处所在单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二、申请项目/专业方向介绍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共设立四个申请项目，分别为：统计学直博生项目、统计学硕博连读生项目、应用统计专业硕士项目、流行病与卫生统计学学术型研究生项目。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其中，统计学直博生项目和硕博连读生项目分为五个研究方向：01经济与社会统计、02风险管理与精算、03概率论与数理统计、04生物与医学统计、05数据科学与大数据统计。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中华人民共和国公民。拥护中国共产党的领导，具有正确的政治方向，热爱祖国，热爱人民，拥护社会主义制度，愿为社会主义现代化建设服务；遵纪守法，品德良好，且满足以下条件：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目前就读教育部推荐免试研究生资格的优秀应届本科毕业生；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研究兴趣浓厚，有较强的创新意识、创新能力和专业能力；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诚实守信，学风端正，不存在任何有违学术规范和学术不端行为；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身心健康，符合国家和学校规定的体检要求；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英语水平良好，通过国家大学英语六级考试，或具备同等水平，如具有其他种类英语国家级考试成绩证明等；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申请直博/硕博连读/学术型硕士项目的学生，应对学术研究有浓厚兴趣，有从事学术研究的强烈意愿。申请专业硕士学位项目的学生，应有较强的独立调查研究、综合分析问题、解决问题的能力。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规定时间内登录中国人民大学推免生信息采集系统（http://yjsfs.ruc.edu.cn/tp/zs/login/toLogin/tm）填报信息。我院报名时间为：2026年7月1日10:00至2026年7月6日17:00。报名申请环节包含两个步骤：注册报名，两个步骤均完成后表示报名申请成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申请人还需按照教育部规定时间内登录教育部推荐免试服务系统，完成填报志愿、缴纳报名费、接受复试确认、接受待录取确认等环节，具体网址和系统开放时间另行通知。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有效期内的身份证原件、每学期均注册的学生证；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本科前五学期学业成绩单（含学业排名证明，附件1）；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项目申请表（附件2，需院系领导签字、盖章）；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有效期内的教育部学籍在线验证报告；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申请人本人签名的《诚信承诺书》（附件3）；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申请人本人签名的《应届生承诺书》（附件4）；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两封教师推荐信。申请直博生项目的推荐信须由相关学科具有教授（或相当于教授）职称的专家提供，申请其他项目的不限职称。（附件5）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报名阶段不再接收纸质材料，仅通过系统接收报名信息。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系统报名注意事项：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请如实填写各项信息，我院将对学生的报名信息进行复核，如有不符将取消其资格。特别注意，报考时填写的所在学校名称需完整、准确，例如某某大学（某某校区/某某分校）。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申请直博生项目和硕博连读生项目，需在拟招收方向中选择其一。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成绩单证明须由学校教务部门盖章，排名证明须使用我院规定模板（见附件）且须由学院教务部门盖章。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根据申请者的填报志愿、成绩及排名、外语水平、科研成果和综合素质等因素进行综合评估，择优选拔。入选名单拟于7月中旬通过中国人民大学推免生信息采集系统公布，同时通过系统分批次发放入选通知，学生通过报名系统点击确认或拒绝（未收到入选通知的同学，将不再另行通知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咨询邮箱：ructongjiyz@ruc.edu.cn（推荐方式）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咨询电话：010-82509324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统计学院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2026年6月29日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附件1. 学业排名证明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附件2. 项目申请表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附件3. 诚信承诺书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附件4. 应届生承诺书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附件5. 推荐信模板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2026年统计学院中国人民大学-军事科学院联合培养博士综合考核成绩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