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信息科学与技术学院2026年优秀大学生夏令营报名通知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发布日期：2026-05-18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登录“信息科学与技术学院”官网，选择夏令营的报名入口进行报名。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报名过程中务必注意信息保存，提交前请仔细检查，提交后则无法修改。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报名截止时间：2026年6月21日（含）。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请准备如下材料的彩色扫描件，并按照下述顺序将所有材料合并为一个PDF文件，文件命名为：姓名-身份证后四位-申请材料，提交至上述报名链接。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必须提供的材料：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（1）有效身份证件正反面；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（2）学生证（照片、学号页即可）；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（3）英文个人陈述+中文个人陈述（个人陈述侧重描述自己的科研能力和潜力，以及研究生阶段的科研及学习计划，字数不限）；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（4）英文简历+中文简历；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（5）本科成绩单（院系或教务处盖章，可提供学校网络截图）；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（6）英语水平证明材料（四六级证书等）。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自愿提供的材料（此项不做强制要求，考生可根据自身情况酌情选择是否提供）：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（1）获奖证书扫描件；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（2）其他能证明自身潜力的材料（如已发表的论文、专利或其他原创性工作成果）。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各高校相关专业全日制大三年级优秀本科生（2027届毕业生）。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专业包括但不限于：电子、微电子、光电子、电气工程、自动化、物理、计算机、人工智能、大数据、物联网工程、软件工程、信息安全、网络空间安全、应用数学、信息工程、通信、生物医学工程等理工科类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学习成绩优秀，英语水平良好，对信息学科的科研与创新有浓厚兴趣。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诚实守信，学风端正，无学术不端记录。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四、公布入营名单和须知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夏令营开始前两周内，将通过邮件通知获得夏令营入营资格的同学，请保持关注。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详细的入营须知将通过邮件通知入营营员，请务必确保报名预留邮箱有效。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联系方式：请通过报名系统或邮件保持沟通，具体邮箱及电话详见学院官网（https://sist.shanghaitech.edu.cn）。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