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河南农业大学植物保护学院2026年推荐免试研究生接收实施细则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进一步加强拔尖创新人才选拔和完善推荐免试攻读研究生（以下简称“推免生”）的接收、复试和拟录取工作，根据教育部有关文件精神及《河南农业大学直博生、硕博连读生招收及管理办法》（农大研〔2022〕1号），结合我院工作实际情况，特制订本办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一、组织工作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学院成立研究生招生工作领导小组，负责组织实施本学院推免生的接收工作。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二、接收类别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应届本科推荐免试攻读硕士学位研究生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三、接收专业与研究方向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（原文此处为表格，未提供具体表格内容）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拥护中国共产党的领导，具有良好的思想品德和政治素质，热爱祖国，愿意为社会主义现代化建设服务，遵纪守法，品行端正，身心健康；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已获得推荐免试资格的优秀应届本科毕业生，及其他符合相关规定的考生；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学术研究兴趣浓厚，有良好的科学精神，有较强的创新意识、创新能力和专业能力倾向，对攻读研究生学习、科研有明确规划和目标；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诚实守信，学风端正，无任何考试作弊、剽窃他人学术成果（处分期内）情况及其他违法违纪受纪律处分记录；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本科阶段学习成绩、特别是专业成绩突出，英语水平符合申请学科专业的要求。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五、工作程序及安排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（一）申请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具有推荐免试资格的考生，须在国家规定时间内登录“全国推荐免试攻读研究生（免初试、转段）信息公开暨管理服务系统”（网址：https://yz.chsi.com.cn/tm）填报志愿并参加复试。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申请人按照招生学院安排的复试时间、地点参加复试。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（二）复试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复试具体时间、形式、内容由各招生学院自行确定，学院可根据生源情况分批次组织复试，但各批次的复试标准应当保持一致。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申请人复试时需按照要求，向学院提交以下材料：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（1）填写《河南农业大学接收推荐优秀应届本科毕业生免试攻读研究生（含直博生）申请表》2份（附件2）、个人陈述1份（附件3）；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（2）学生证、身份证复印件各1份（原件备查）；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（3）本科阶段历年成绩单（须加盖教务处公章）1份；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（4）外语水平证明，如CET四级、CET六级、TOEFL、雅思成绩等；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（5）申请人还可提交获奖证书、能够证明自身学术水平的代表性学术论文、出版物等材料。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（三）拟录取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按复试成绩由高到低排序，确定拟录取名单，并公示7日。拟录取名单经校研究生招生工作领导小组审定同意后，通过推免服务系统发送待录取通知，申请学生应在收到通知后12小时内在系统中给予答复。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（四）注意事项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报考考生关注学院官网，查看复试通知。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经备案拟录取为我校的推免生需在我校校医院进行体检，具体时间另行通知。身体状况应符合国家规定的体检标准（同普通高等学校招生体检工作指导意见）。录取通知书将在政审及国家录取检查后于2026年6月中旬寄给考生本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出现下列情况之一者，取消其推免录取资格：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（1）在推免过程中弄虚作假者；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（2）有任何考试作弊记录者；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（3）有剽窃他人学术成果记录或其他违法违纪受处分记录者；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（4）本科毕业时未获得毕业证者；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（5）录取后又报名参加2026年全国硕士研究生招生考试者。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六、监督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监督电话：0371-56552870（植物保护学院），0371-56552706（校纪委）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举报邮箱：zwbhxy@henau.edu.cn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七、其他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学院研究生招生办公室电话：0371-56552793  孙老师。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本办法由河南农业大学研究生院负责解释，如遇与教育部和河南省文件不一致的，以教育部和河南省文件为准。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河南农业大学接收推荐优秀应届本科毕业生免试攻读研究生（含直博生）申请表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申请免试攻读河南农业大学研究生（含直博生）考生个人介绍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河南农业大学植物保护学院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2025年9月15日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