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河北大学2026年推荐优秀应届本科毕业生免试攻读研究生名单（研究生支教团）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河北大学2026年推荐优秀应届本科毕业生免试攻读研究生名单（研究生支教团）共28人，其中研支团正式推荐25人，研支团递补3人。公示期满日期均为9月15日。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播音与主持艺术专业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郑博文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贾淼哲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王羽桐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何亿源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戏剧影视文学(中外合作)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冯锦铄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周奕彤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胡紫博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乔霄杨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曹紫怡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乔安鑫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张译丹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戏剧影视文学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郭冰彦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苗紫怡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侯力嘉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王楚涵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研支团递补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范亚辉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研支团递补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韩博慧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研支团递补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名单共28人，其中研支团25人（序号001—025），研支团递补3人（序号026—028）。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排名方式为专业综合排名。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公示期满日期均为9月15日。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