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华中农业大学植物科学技术学院2025 年全国优秀大学生夏令营入营名单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植物科学技术学院2025年全国优秀大学生夏令营入营名单，共307人，其中正式营员227人、候补营员80人。营员资格分为“正式营员”和“候补营员”两类，名单按序号、姓名、本科就读学校、营员资格列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本科就读学校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营员资格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汪湫雪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陶晓敏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卢津舟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廖美智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姚常学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张智远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张明敏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谭博阳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毛泓琳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于丽欣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刘洋嵘珈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闫文鹤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田佳宁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杨柏瑞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刘兴哲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徐子涵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李亚楠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张熙媛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隋明君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郑明宇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温莹昕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汪语涵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李彩怡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吴怡萱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焦苗弟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甘肃农业大学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广东海洋大学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杨日凤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陆冬梅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覃群英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刘银盈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吕元兵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龙秋霞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翟宏旭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谢德祥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王俊凯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李若涵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李翔宇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杭州师范大学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金土妹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合肥工业大学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刘李笑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李楷文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李婷爱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张婉佳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吴沛民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郑豪波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白保喜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赵文涛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胡豫粤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张晓宇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盛士博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邵会基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王伟蘅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李昭兴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何艺涵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马义晨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张奕雯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张亚鑫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何紫馨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芦艺楠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李浩鑫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张亮涛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贺超荣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贺子天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朱天昊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迟骋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毛方悦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孙秀茹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周弘毅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胡康乐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高国萍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赵茹菁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章成宇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郑景恒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徐晔卫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牛龙鑫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李洪家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郭灵钰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何宇豪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李尚霖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臧美琪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张婉娴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陈楚滟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杨玉岭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沈志远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蒋明恩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鲁欣欣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李顺玲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陈静洋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董文欣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徐爱迪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江苏师范大学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蔡启林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温在豪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贾佳强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胡自立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曾文凤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苏润馨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夏梦玲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张桂萍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王潇然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李绪红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付如萍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聊城大学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聊城大学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谢飞燕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胡永豪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石亦婷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刘浩琳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莫洪婷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孙思轩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刘星雨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应毅恒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王传坤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高泽培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李昌浩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张贝希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杨松林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杨浩天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魏淑冉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牟思维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张鹤冉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范应娇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刘康悦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王跃盈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徐梦瑶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侯鑫平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郑世洁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尹雅典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姚文杰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段彩姣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朱忆林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张悦然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张焕玉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高李昊天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施文君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白文星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何宇琦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王世成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吴棍权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高雪松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宋雨霏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袁旭彤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杨雨婷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王林果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余文涵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石河子大学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卿浩宇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王曼玲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谢佳琪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开小兰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马文艺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蒋艳玲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张微微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刁德财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范依朵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西北农林科技大学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郑涵予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郭童瑶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黄弘礼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李星汉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朱海迪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湘潭大学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田柏硕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郭笑维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胡淼蕊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刘璐莹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延边大学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毛艺儒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黎可乐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张添翼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正式营员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