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同济大学2026年“国优计划”推荐免试研究生考核结果公示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同济大学2026年“国优计划”推荐免试研究生考核结果公示。面试时间为2025年10月14日。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本次考核共17人，成绩及录取情况如下：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侯雨彤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郭力宁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韦雨佳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汪昕悦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郭桐渤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乌丽番·吐尔斯别克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华诗妍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陈鹏基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李沛阳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刘靖怡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卢子菲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吴海平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刘冬欢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余北蒙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本次公示名单共17人，全部为“是”录取。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成绩最高为92.8（王朝），最低为81（余北蒙）。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公示内容未提供专业/学院明细、排名或评分方式、公示期及联系方式。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