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计算机科学与技术学院/人工智能学院关于举办“2025年全国优秀大学生暑期夏令营”活动的通知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地址：山东省青岛市即墨区滨海公路72号 山东大学（青岛）第周苑C座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邮编：266237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院办电话：（86）-532-58630622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本科招生电话：（86）-532-58630176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研究生招生电话：（86）-532-58630610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二、相关单位与专业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教育机构：计算机科学与技术专业、人工智能专业、泰山学堂（计算机）、大数据实验班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相关单位：山东大学、青岛校区、本科生院、研究生院、党委研究生工作部、党委学生工作部、武装部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学院微信公众号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山大微信公众号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