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北京外国语大学日语学院（日本学研究中心）2026年接收推免生考试录取结果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北京外国语大学日语学院（日本学研究中心）2026年接收推免生考试录取结果，发布日期为2025年09月22日。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发布日期：2025年9月22日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总计36人，其中拟录取26人、未录取10人（含主动放弃8人、考核未通过2人）。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二、分专业明细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日语语言文学：拟录取19人、未录取5人（均为主动放弃）。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日语口译：拟录取7人、未录取5人（含主动放弃1人、考核未通过2人）。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日语语言文学、日语口译，共2个专业。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按专业及研究方向组织考核，以面试成绩、笔试成绩加权计算总成绩，按总成绩高低确定录取结果；日语语言文学专业按日本语学、日语教育、日本文化、日本经济、日本文学、日本社会等研究方向分别考核，日语口译专业不区分研究方向。公示未说明各专业总报名人数及成绩权重比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原文未明确公示起止日期。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拟录取26人（日语语言文学19人、日语口译7人）。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未录取10人，其中主动放弃8人（日语语言文学5人、日语口译1人，另有日语语言文学2人标注主动放弃）、考核未通过2人（均为日语口译专业）。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另有日语语言文学专业2人标注主动放弃但未计入未录取名单（原文备注为“主动放弃”）。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