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【贵州大学数学与统计学院2025年接收推荐免试攻读硕士学位研究生工作实施细则】</w:t>
      </w:r>
    </w:p>
    <w:p>
      <w:pPr>
        <w:spacing w:line="360" w:lineRule="auto" w:before="120" w:after="60"/>
        <w:ind w:firstLine="0"/>
        <w:jc w:val="left"/>
      </w:pPr>
      <w:r>
        <w:rPr>
          <w:rFonts w:ascii="Times New Roman" w:hAnsi="Times New Roman" w:eastAsia="宋体"/>
          <w:b/>
          <w:sz w:val="24"/>
        </w:rPr>
        <w:t>发布日期：2024年09月30日</w:t>
      </w:r>
    </w:p>
    <w:p>
      <w:pPr>
        <w:spacing w:line="360" w:lineRule="auto" w:before="160" w:after="80"/>
        <w:ind w:firstLine="0"/>
        <w:jc w:val="left"/>
      </w:pPr>
      <w:r>
        <w:rPr>
          <w:rFonts w:ascii="Times New Roman" w:hAnsi="Times New Roman" w:eastAsia="宋体"/>
          <w:b/>
          <w:sz w:val="28"/>
        </w:rPr>
        <w:t>1. 名单人数：拟接收推免生总计15人，分专业明细：应用统计专业5人、数学专业10人。</w:t>
      </w:r>
    </w:p>
    <w:p>
      <w:pPr>
        <w:spacing w:line="360" w:lineRule="auto" w:before="160" w:after="80"/>
        <w:ind w:firstLine="0"/>
        <w:jc w:val="left"/>
      </w:pPr>
      <w:r>
        <w:rPr>
          <w:rFonts w:ascii="Times New Roman" w:hAnsi="Times New Roman" w:eastAsia="宋体"/>
          <w:b/>
          <w:sz w:val="28"/>
        </w:rPr>
        <w:t>2. 涵盖专业：应用统计、数学，共2个专业。</w:t>
      </w:r>
    </w:p>
    <w:p>
      <w:pPr>
        <w:spacing w:line="360" w:lineRule="auto" w:before="0" w:after="80"/>
        <w:ind w:firstLine="482"/>
        <w:jc w:val="both"/>
      </w:pPr>
      <w:r>
        <w:rPr>
          <w:rFonts w:ascii="Times New Roman" w:hAnsi="Times New Roman" w:eastAsia="宋体"/>
          <w:b w:val="0"/>
          <w:sz w:val="24"/>
        </w:rPr>
        <w:t>3. 排名/评分方式：实行原则上1:1.5差额复试；成绩按三年算术平均成绩和复试成绩各占50%的办法，其中复试（面试）成绩占50%，从高分到低分确定录取人员名单；复试成绩实行百分制，60分及格。</w:t>
      </w:r>
    </w:p>
    <w:p>
      <w:pPr>
        <w:spacing w:line="360" w:lineRule="auto" w:before="160" w:after="80"/>
        <w:ind w:firstLine="0"/>
        <w:jc w:val="left"/>
      </w:pPr>
      <w:r>
        <w:rPr>
          <w:rFonts w:ascii="Times New Roman" w:hAnsi="Times New Roman" w:eastAsia="宋体"/>
          <w:b/>
          <w:sz w:val="28"/>
        </w:rPr>
        <w:t>4. 公示期：推免生拟录取名单将在贵州大学研究生院网站（http://gs.gzu.edu.cn/）上公示，具体公示周期未在正文中说明。</w:t>
      </w:r>
    </w:p>
    <w:p>
      <w:pPr>
        <w:spacing w:line="360" w:lineRule="auto" w:before="0" w:after="80"/>
        <w:ind w:firstLine="482"/>
        <w:jc w:val="both"/>
      </w:pPr>
      <w:r>
        <w:rPr>
          <w:rFonts w:ascii="Times New Roman" w:hAnsi="Times New Roman" w:eastAsia="宋体"/>
          <w:b w:val="0"/>
          <w:sz w:val="24"/>
        </w:rPr>
        <w:t>5. 其他重要说明：复试时间为2024年10月9日下午15:00，地点为贵州大学东校区博学楼506；未经复试或复试成绩不及格（低于60分）的申请者不得录取；复试考生须在规定时间内通过“推免服务系统”确认接受待录取通知后方被录取；已录取的推免生若在入学报到前未取得学士学位和本科毕业证书，学校将取消其录取资格。</w:t>
      </w:r>
    </w:p>
    <w:p>
      <w:pPr>
        <w:spacing w:line="360" w:lineRule="auto" w:before="0" w:after="80"/>
        <w:ind w:firstLine="482"/>
        <w:jc w:val="both"/>
      </w:pPr>
      <w:r>
        <w:rPr>
          <w:rFonts w:ascii="Times New Roman" w:hAnsi="Times New Roman" w:eastAsia="宋体"/>
          <w:b w:val="0"/>
          <w:sz w:val="24"/>
        </w:rPr>
        <w:t>【2025年接收推荐免试攻读硕士学位研究生工作实施细则】</w:t>
      </w:r>
    </w:p>
    <w:p>
      <w:pPr>
        <w:spacing w:line="360" w:lineRule="auto" w:before="120" w:after="60"/>
        <w:ind w:firstLine="0"/>
        <w:jc w:val="left"/>
      </w:pPr>
      <w:r>
        <w:rPr>
          <w:rFonts w:ascii="Times New Roman" w:hAnsi="Times New Roman" w:eastAsia="宋体"/>
          <w:b/>
          <w:sz w:val="24"/>
        </w:rPr>
        <w:t>发布日期：2024-09-30</w:t>
      </w:r>
    </w:p>
    <w:p/>
    <w:p>
      <w:pPr>
        <w:spacing w:line="360" w:lineRule="auto" w:before="160" w:after="80"/>
        <w:ind w:firstLine="0"/>
        <w:jc w:val="left"/>
      </w:pPr>
      <w:r>
        <w:rPr>
          <w:rFonts w:ascii="Times New Roman" w:hAnsi="Times New Roman" w:eastAsia="宋体"/>
          <w:b/>
          <w:sz w:val="28"/>
        </w:rPr>
        <w:t>一、组织管理</w:t>
      </w:r>
    </w:p>
    <w:p>
      <w:pPr>
        <w:spacing w:line="360" w:lineRule="auto" w:before="160" w:after="80"/>
        <w:ind w:firstLine="0"/>
        <w:jc w:val="left"/>
      </w:pPr>
      <w:r>
        <w:rPr>
          <w:rFonts w:ascii="Times New Roman" w:hAnsi="Times New Roman" w:eastAsia="宋体"/>
          <w:b/>
          <w:sz w:val="28"/>
        </w:rPr>
        <w:t>1. 接收推免研究生工作在学校研究生院指导下，由学院具体负责实施，学院成立接收推免生工作领导小组，全面负责学院推免生接收工作。</w:t>
      </w:r>
    </w:p>
    <w:p>
      <w:pPr>
        <w:spacing w:line="360" w:lineRule="auto" w:before="0" w:after="80"/>
        <w:ind w:firstLine="482"/>
        <w:jc w:val="both"/>
      </w:pPr>
      <w:r>
        <w:rPr>
          <w:rFonts w:ascii="Times New Roman" w:hAnsi="Times New Roman" w:eastAsia="宋体"/>
          <w:b w:val="0"/>
          <w:sz w:val="24"/>
        </w:rPr>
        <w:t>2. 领导小组主要职责包括：制定学院接收推免生工作实施细则和复试办法；审订推免生拟复试人员名单并组织复试工作；对复试小组成员及工作人员进行政策、业务、纪律培训；组织复试研究生体检；确定录取名单并上报学校研究生院。</w:t>
      </w:r>
    </w:p>
    <w:p/>
    <w:p>
      <w:pPr>
        <w:spacing w:line="360" w:lineRule="auto" w:before="160" w:after="80"/>
        <w:ind w:firstLine="0"/>
        <w:jc w:val="left"/>
      </w:pPr>
      <w:r>
        <w:rPr>
          <w:rFonts w:ascii="Times New Roman" w:hAnsi="Times New Roman" w:eastAsia="宋体"/>
          <w:b/>
          <w:sz w:val="28"/>
        </w:rPr>
        <w:t>二、学院拟接收推免生的计划数</w:t>
      </w:r>
    </w:p>
    <w:p>
      <w:pPr>
        <w:spacing w:line="360" w:lineRule="auto" w:before="160" w:after="80"/>
        <w:ind w:firstLine="0"/>
        <w:jc w:val="left"/>
      </w:pPr>
      <w:r>
        <w:rPr>
          <w:rFonts w:ascii="Times New Roman" w:hAnsi="Times New Roman" w:eastAsia="宋体"/>
          <w:b/>
          <w:sz w:val="28"/>
        </w:rPr>
        <w:t>1. 应用统计专业5人。</w:t>
      </w:r>
    </w:p>
    <w:p>
      <w:pPr>
        <w:spacing w:line="360" w:lineRule="auto" w:before="160" w:after="80"/>
        <w:ind w:firstLine="0"/>
        <w:jc w:val="left"/>
      </w:pPr>
      <w:r>
        <w:rPr>
          <w:rFonts w:ascii="Times New Roman" w:hAnsi="Times New Roman" w:eastAsia="宋体"/>
          <w:b/>
          <w:sz w:val="28"/>
        </w:rPr>
        <w:t>2. 数学专业10人。</w:t>
      </w:r>
    </w:p>
    <w:p/>
    <w:p>
      <w:pPr>
        <w:spacing w:line="360" w:lineRule="auto" w:before="160" w:after="80"/>
        <w:ind w:firstLine="0"/>
        <w:jc w:val="left"/>
      </w:pPr>
      <w:r>
        <w:rPr>
          <w:rFonts w:ascii="Times New Roman" w:hAnsi="Times New Roman" w:eastAsia="宋体"/>
          <w:b/>
          <w:sz w:val="28"/>
        </w:rPr>
        <w:t>三、招收推免生条件</w:t>
      </w:r>
    </w:p>
    <w:p>
      <w:pPr>
        <w:spacing w:line="360" w:lineRule="auto" w:before="0" w:after="80"/>
        <w:ind w:firstLine="482"/>
        <w:jc w:val="both"/>
      </w:pPr>
      <w:r>
        <w:rPr>
          <w:rFonts w:ascii="Times New Roman" w:hAnsi="Times New Roman" w:eastAsia="宋体"/>
          <w:b w:val="0"/>
          <w:sz w:val="24"/>
        </w:rPr>
        <w:t>1. 申请人必须是国家承认学历的具有推荐免试资格的高校应届本科毕业生（不含专升本、第二学士学位、独立学院学生），并获得所就读学校的推荐免试资格（占用申请人所在学校推荐指标）。</w:t>
      </w:r>
    </w:p>
    <w:p>
      <w:pPr>
        <w:spacing w:line="360" w:lineRule="auto" w:before="160" w:after="80"/>
        <w:ind w:firstLine="0"/>
        <w:jc w:val="left"/>
      </w:pPr>
      <w:r>
        <w:rPr>
          <w:rFonts w:ascii="Times New Roman" w:hAnsi="Times New Roman" w:eastAsia="宋体"/>
          <w:b/>
          <w:sz w:val="28"/>
        </w:rPr>
        <w:t>2. 拥护中国共产党的领导，勤学上进，诚实守信，学风端正，无任何考试作弊和剽窃他人学术成果记录。</w:t>
      </w:r>
    </w:p>
    <w:p>
      <w:pPr>
        <w:spacing w:line="360" w:lineRule="auto" w:before="160" w:after="80"/>
        <w:ind w:firstLine="0"/>
        <w:jc w:val="left"/>
      </w:pPr>
      <w:r>
        <w:rPr>
          <w:rFonts w:ascii="Times New Roman" w:hAnsi="Times New Roman" w:eastAsia="宋体"/>
          <w:b/>
          <w:sz w:val="28"/>
        </w:rPr>
        <w:t>3. 品行表现优良，遵纪守法，无任何违法违纪受处分记录。</w:t>
      </w:r>
    </w:p>
    <w:p>
      <w:pPr>
        <w:spacing w:line="360" w:lineRule="auto" w:before="160" w:after="80"/>
        <w:ind w:firstLine="0"/>
        <w:jc w:val="left"/>
      </w:pPr>
      <w:r>
        <w:rPr>
          <w:rFonts w:ascii="Times New Roman" w:hAnsi="Times New Roman" w:eastAsia="宋体"/>
          <w:b/>
          <w:sz w:val="28"/>
        </w:rPr>
        <w:t>4. 身体健康状况符合国家体检及学校相关要求。</w:t>
      </w:r>
    </w:p>
    <w:p>
      <w:pPr>
        <w:spacing w:line="360" w:lineRule="auto" w:before="160" w:after="80"/>
        <w:ind w:firstLine="0"/>
        <w:jc w:val="left"/>
      </w:pPr>
      <w:r>
        <w:rPr>
          <w:rFonts w:ascii="Times New Roman" w:hAnsi="Times New Roman" w:eastAsia="宋体"/>
          <w:b/>
          <w:sz w:val="28"/>
        </w:rPr>
        <w:t>5. 非外语专业学生，英语（CET4或CET6）成绩达到425分及以上。</w:t>
      </w:r>
    </w:p>
    <w:p/>
    <w:p>
      <w:pPr>
        <w:spacing w:line="360" w:lineRule="auto" w:before="160" w:after="80"/>
        <w:ind w:firstLine="0"/>
        <w:jc w:val="left"/>
      </w:pPr>
      <w:r>
        <w:rPr>
          <w:rFonts w:ascii="Times New Roman" w:hAnsi="Times New Roman" w:eastAsia="宋体"/>
          <w:b/>
          <w:sz w:val="28"/>
        </w:rPr>
        <w:t>四、招收推免生的程序</w:t>
      </w:r>
    </w:p>
    <w:p>
      <w:pPr>
        <w:spacing w:line="360" w:lineRule="auto" w:before="0" w:after="80"/>
        <w:ind w:firstLine="482"/>
        <w:jc w:val="both"/>
      </w:pPr>
      <w:r>
        <w:rPr>
          <w:rFonts w:ascii="Times New Roman" w:hAnsi="Times New Roman" w:eastAsia="宋体"/>
          <w:b w:val="0"/>
          <w:sz w:val="24"/>
        </w:rPr>
        <w:t>1. 网上报名：取得推免生资格的学生可于2024年9月28日9:00起登录“全国推荐免试攻读研究生（免初试、转段）信息公开暨管理服务系统”（网址：https://yz.chsi.com.cn/tm）进行报名、缴费。</w:t>
      </w:r>
    </w:p>
    <w:p>
      <w:pPr>
        <w:spacing w:line="360" w:lineRule="auto" w:before="160" w:after="80"/>
        <w:ind w:firstLine="0"/>
        <w:jc w:val="left"/>
      </w:pPr>
      <w:r>
        <w:rPr>
          <w:rFonts w:ascii="Times New Roman" w:hAnsi="Times New Roman" w:eastAsia="宋体"/>
          <w:b/>
          <w:sz w:val="28"/>
        </w:rPr>
        <w:t>2. 复试通知：学院在“推免服务系统”中对申请者择优遴选，向符合条件的推免生发放复试通知书。</w:t>
      </w:r>
    </w:p>
    <w:p>
      <w:pPr>
        <w:spacing w:line="360" w:lineRule="auto" w:before="160" w:after="80"/>
        <w:ind w:firstLine="0"/>
        <w:jc w:val="left"/>
      </w:pPr>
      <w:r>
        <w:rPr>
          <w:rFonts w:ascii="Times New Roman" w:hAnsi="Times New Roman" w:eastAsia="宋体"/>
          <w:b/>
          <w:sz w:val="28"/>
        </w:rPr>
        <w:t>3. 复试时间：2024年10月9日下午15:00。</w:t>
      </w:r>
    </w:p>
    <w:p>
      <w:pPr>
        <w:spacing w:line="360" w:lineRule="auto" w:before="160" w:after="80"/>
        <w:ind w:firstLine="0"/>
        <w:jc w:val="left"/>
      </w:pPr>
      <w:r>
        <w:rPr>
          <w:rFonts w:ascii="Times New Roman" w:hAnsi="Times New Roman" w:eastAsia="宋体"/>
          <w:b/>
          <w:sz w:val="28"/>
        </w:rPr>
        <w:t>4. 资格审查：取得复试通知的推免生需将以下证明材料发送至邮箱：yywu@gzu.edu.cn，审核通过后参加复试：</w:t>
      </w:r>
    </w:p>
    <w:p>
      <w:pPr>
        <w:spacing w:line="360" w:lineRule="auto" w:before="160" w:after="80"/>
        <w:ind w:firstLine="0"/>
        <w:jc w:val="left"/>
      </w:pPr>
      <w:r>
        <w:rPr>
          <w:rFonts w:ascii="Times New Roman" w:hAnsi="Times New Roman" w:eastAsia="宋体"/>
          <w:b/>
          <w:sz w:val="28"/>
        </w:rPr>
        <w:t>（1）本人学生证、身份证原件及复印件。</w:t>
      </w:r>
    </w:p>
    <w:p>
      <w:pPr>
        <w:spacing w:line="360" w:lineRule="auto" w:before="160" w:after="80"/>
        <w:ind w:firstLine="0"/>
        <w:jc w:val="left"/>
      </w:pPr>
      <w:r>
        <w:rPr>
          <w:rFonts w:ascii="Times New Roman" w:hAnsi="Times New Roman" w:eastAsia="宋体"/>
          <w:b/>
          <w:sz w:val="28"/>
        </w:rPr>
        <w:t>（2）在校期间学业成绩证明原件（加盖学校教务部门公章）及复印件。</w:t>
      </w:r>
    </w:p>
    <w:p>
      <w:pPr>
        <w:spacing w:line="360" w:lineRule="auto" w:before="160" w:after="80"/>
        <w:ind w:firstLine="0"/>
        <w:jc w:val="left"/>
      </w:pPr>
      <w:r>
        <w:rPr>
          <w:rFonts w:ascii="Times New Roman" w:hAnsi="Times New Roman" w:eastAsia="宋体"/>
          <w:b/>
          <w:sz w:val="28"/>
        </w:rPr>
        <w:t>（3）符合规定的国家级外语考试成绩或合格证书原件及复印件。</w:t>
      </w:r>
    </w:p>
    <w:p>
      <w:pPr>
        <w:spacing w:line="360" w:lineRule="auto" w:before="160" w:after="80"/>
        <w:ind w:firstLine="0"/>
        <w:jc w:val="left"/>
      </w:pPr>
      <w:r>
        <w:rPr>
          <w:rFonts w:ascii="Times New Roman" w:hAnsi="Times New Roman" w:eastAsia="宋体"/>
          <w:b/>
          <w:sz w:val="28"/>
        </w:rPr>
        <w:t>（4）有公开发表的学术论文、科研成果或获奖证书证明材料等原件及复印件。</w:t>
      </w:r>
    </w:p>
    <w:p>
      <w:pPr>
        <w:spacing w:line="360" w:lineRule="auto" w:before="0" w:after="80"/>
        <w:ind w:firstLine="482"/>
        <w:jc w:val="both"/>
      </w:pPr>
      <w:r>
        <w:rPr>
          <w:rFonts w:ascii="Times New Roman" w:hAnsi="Times New Roman" w:eastAsia="宋体"/>
          <w:b w:val="0"/>
          <w:sz w:val="24"/>
        </w:rPr>
        <w:t>5. 复试内容：按公平、公正、公开原则进行专业考核，实行原则上1:1.5差额复试。成绩按三年算术平均成绩和复试成绩各占50%计算，复试（面试）成绩占50%，从高分到低分确定录取名单。复试成绩实行百分制，60分及格。</w:t>
      </w:r>
    </w:p>
    <w:p>
      <w:pPr>
        <w:spacing w:line="360" w:lineRule="auto" w:before="0" w:after="80"/>
        <w:ind w:firstLine="482"/>
        <w:jc w:val="both"/>
      </w:pPr>
      <w:r>
        <w:rPr>
          <w:rFonts w:ascii="Times New Roman" w:hAnsi="Times New Roman" w:eastAsia="宋体"/>
          <w:b w:val="0"/>
          <w:sz w:val="24"/>
        </w:rPr>
        <w:t>6. 面试安排：面试时间为2024年10月9日15:00，地点为贵州大学东校区博学楼506。面试程序包括考生自我介绍（5分钟）和面试考官提问、考生回答问题（15分钟）。</w:t>
      </w:r>
    </w:p>
    <w:p/>
    <w:p>
      <w:pPr>
        <w:spacing w:line="360" w:lineRule="auto" w:before="160" w:after="80"/>
        <w:ind w:firstLine="0"/>
        <w:jc w:val="left"/>
      </w:pPr>
      <w:r>
        <w:rPr>
          <w:rFonts w:ascii="Times New Roman" w:hAnsi="Times New Roman" w:eastAsia="宋体"/>
          <w:b/>
          <w:sz w:val="28"/>
        </w:rPr>
        <w:t>五、录取</w:t>
      </w:r>
    </w:p>
    <w:p>
      <w:pPr>
        <w:spacing w:line="360" w:lineRule="auto" w:before="160" w:after="80"/>
        <w:ind w:firstLine="0"/>
        <w:jc w:val="left"/>
      </w:pPr>
      <w:r>
        <w:rPr>
          <w:rFonts w:ascii="Times New Roman" w:hAnsi="Times New Roman" w:eastAsia="宋体"/>
          <w:b/>
          <w:sz w:val="28"/>
        </w:rPr>
        <w:t>1. 未经复试或复试成绩不及格（低于60分）的申请者不得录取。</w:t>
      </w:r>
    </w:p>
    <w:p>
      <w:pPr>
        <w:spacing w:line="360" w:lineRule="auto" w:before="160" w:after="80"/>
        <w:ind w:firstLine="0"/>
        <w:jc w:val="left"/>
      </w:pPr>
      <w:r>
        <w:rPr>
          <w:rFonts w:ascii="Times New Roman" w:hAnsi="Times New Roman" w:eastAsia="宋体"/>
          <w:b/>
          <w:sz w:val="28"/>
        </w:rPr>
        <w:t>2. 复试考生在规定时间内通过“推免服务系统”确认接受我校待录取通知后，方被我校录取。</w:t>
      </w:r>
    </w:p>
    <w:p/>
    <w:p>
      <w:pPr>
        <w:spacing w:line="360" w:lineRule="auto" w:before="160" w:after="80"/>
        <w:ind w:firstLine="0"/>
        <w:jc w:val="left"/>
      </w:pPr>
      <w:r>
        <w:rPr>
          <w:rFonts w:ascii="Times New Roman" w:hAnsi="Times New Roman" w:eastAsia="宋体"/>
          <w:b/>
          <w:sz w:val="28"/>
        </w:rPr>
        <w:t>六、其他有关规定</w:t>
      </w:r>
    </w:p>
    <w:p>
      <w:pPr>
        <w:spacing w:line="360" w:lineRule="auto" w:before="160" w:after="80"/>
        <w:ind w:firstLine="0"/>
        <w:jc w:val="left"/>
      </w:pPr>
      <w:r>
        <w:rPr>
          <w:rFonts w:ascii="Times New Roman" w:hAnsi="Times New Roman" w:eastAsia="宋体"/>
          <w:b/>
          <w:sz w:val="28"/>
        </w:rPr>
        <w:t>1. 推免生拟录取名单将在贵州大学研究生院网站上公示（网址：http://gs.gzu.edu.cn/）。</w:t>
      </w:r>
    </w:p>
    <w:p>
      <w:pPr>
        <w:spacing w:line="360" w:lineRule="auto" w:before="160" w:after="80"/>
        <w:ind w:firstLine="0"/>
        <w:jc w:val="left"/>
      </w:pPr>
      <w:r>
        <w:rPr>
          <w:rFonts w:ascii="Times New Roman" w:hAnsi="Times New Roman" w:eastAsia="宋体"/>
          <w:b/>
          <w:sz w:val="28"/>
        </w:rPr>
        <w:t>2. 对在申请过程中弄虚作假的学生，一经发现即取消其复试资格。</w:t>
      </w:r>
    </w:p>
    <w:p>
      <w:pPr>
        <w:spacing w:line="360" w:lineRule="auto" w:before="160" w:after="80"/>
        <w:ind w:firstLine="0"/>
        <w:jc w:val="left"/>
      </w:pPr>
      <w:r>
        <w:rPr>
          <w:rFonts w:ascii="Times New Roman" w:hAnsi="Times New Roman" w:eastAsia="宋体"/>
          <w:b/>
          <w:sz w:val="28"/>
        </w:rPr>
        <w:t>3. 已被我校接收的推免生，不得再报名参加当年硕士研究生招生考试，否则取消其推免录取资格。</w:t>
      </w:r>
    </w:p>
    <w:p>
      <w:pPr>
        <w:spacing w:line="360" w:lineRule="auto" w:before="160" w:after="80"/>
        <w:ind w:firstLine="0"/>
        <w:jc w:val="left"/>
      </w:pPr>
      <w:r>
        <w:rPr>
          <w:rFonts w:ascii="Times New Roman" w:hAnsi="Times New Roman" w:eastAsia="宋体"/>
          <w:b/>
          <w:sz w:val="28"/>
        </w:rPr>
        <w:t>4. 已录取的推免生若在入学报到前未取得学士学位和本科毕业证书，学校将取消其录取资格。</w:t>
      </w:r>
    </w:p>
    <w:p/>
    <w:p>
      <w:pPr>
        <w:spacing w:line="360" w:lineRule="auto" w:before="0" w:after="80"/>
        <w:ind w:firstLine="482"/>
        <w:jc w:val="both"/>
      </w:pPr>
      <w:r>
        <w:rPr>
          <w:rFonts w:ascii="Times New Roman" w:hAnsi="Times New Roman" w:eastAsia="宋体"/>
          <w:b w:val="0"/>
          <w:sz w:val="24"/>
        </w:rPr>
        <w:t>联系方式：</w:t>
      </w:r>
    </w:p>
    <w:p>
      <w:pPr>
        <w:spacing w:line="360" w:lineRule="auto" w:before="0" w:after="80"/>
        <w:ind w:firstLine="482"/>
        <w:jc w:val="both"/>
      </w:pPr>
      <w:r>
        <w:rPr>
          <w:rFonts w:ascii="Times New Roman" w:hAnsi="Times New Roman" w:eastAsia="宋体"/>
          <w:b w:val="0"/>
          <w:sz w:val="24"/>
        </w:rPr>
        <w:t>联系电话：办公室 0851-83627662；教学科研科（含研究生） 0851-83627557；学生科（本科） 0851-83620186</w:t>
      </w:r>
    </w:p>
    <w:p>
      <w:pPr>
        <w:spacing w:line="360" w:lineRule="auto" w:before="0" w:after="80"/>
        <w:ind w:firstLine="482"/>
        <w:jc w:val="both"/>
      </w:pPr>
      <w:r>
        <w:rPr>
          <w:rFonts w:ascii="Times New Roman" w:hAnsi="Times New Roman" w:eastAsia="宋体"/>
          <w:b w:val="0"/>
          <w:sz w:val="24"/>
        </w:rPr>
        <w:t>通信地址：贵州省贵阳市花溪区贵州大学数学与统计学院，邮编：550025</w:t>
      </w:r>
    </w:p>
    <w:p>
      <w:pPr>
        <w:spacing w:line="360" w:lineRule="auto" w:before="120" w:after="60"/>
        <w:ind w:firstLine="0"/>
        <w:jc w:val="left"/>
      </w:pPr>
      <w:r>
        <w:rPr>
          <w:rFonts w:ascii="Times New Roman" w:hAnsi="Times New Roman" w:eastAsia="宋体"/>
          <w:b/>
          <w:sz w:val="24"/>
        </w:rPr>
        <w:t>电子邮件：msc@gzu.edu.cn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