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北京外国语大学国际组织学院学术硕士研究生项目2026年推免考试拟录取结果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北京外国语大学国际组织学院学术硕士研究生项目2026年推免考试拟录取结果，发布日期为2025年09月19日。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拟录取总人数为1人。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学术硕士研究生项目，具体专业未在正文中明确。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原文未提供具体评分方式或排名依据。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原文未提供公示期信息。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原文未提供递补名单、考核通过/未通过人数等额外信息。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