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华中农业大学水产学院2026年优秀大学生暑期夏令营优秀营员名单公示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一、优秀营员名单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经学生汇报、学院专家评审考核，遴选出以下同学为我院2026年优秀大学生暑期夏令营优秀营员（排名不分先后）。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47人，包括：吕改生、陈森林、王泉、苏朗、王磊靖、胡佳钦、马佳欣、冯欢、刘奇、时嫚婷、杜怡春、刘爽、王辰、陈哲、冯大洋、李佳音、袁薇、王泳博、何俊娴、赵莎、杨雨帆、曲瑞珩、段梦涵、潘逸霏、王嘉印、戴龙松、胡戴玉、孙素花、刘一策、廖廷杰、施康伟、郑佳旭、龙喜、刘妍、闫金雨、马鑫瑶、李贞烨、吴柳、曹秀丽、王家兴、刘力铭、陈妍、吴玉娇、张明辉、郭士慧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如有疑问，请于公示期内向学院研究生培养办公室反映。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联系人：熊晓磊；联系电话：027-87282676。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华中农业大学水产学院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