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武汉大学社会学院2025年优秀大学生线上夏令营参营名单公示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武汉大学社会学院2025年优秀大学生线上夏令营参营名单公示，发布日期为2025年06月17日。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总计X人（原文未明确总人数，需以附件为准）。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原文未明确列出具体专业，需以附件为准。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经学生报名、学院审核确定参营名单，未公示评分方式及排名依据。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原文未明确公示周期。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确认参营的同学需自即日起两天内实名（参营序号＋姓名）申请加入“2025社会学院夏令营QQ群”（群号：654559328），逾期未进QQ群视为主动放弃参加活动。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参营序号由附件分配，需自行查看。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咨询电话：027-68753860（王老师）。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