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闽江学院网络空间安全学院2026年接收优秀应届本科毕业生推荐免试攻读硕士学位研究生工作实施细则</w:t>
      </w:r>
    </w:p>
    <w:p>
      <w:pPr>
        <w:spacing w:after="80" w:lineRule="auto" w:line="360"/>
        <w:ind w:firstLine="482"/>
        <w:jc w:val="both"/>
      </w:pPr>
      <w:r>
        <w:rPr>
          <w:rFonts w:ascii="Times New Roman" w:hAnsi="Times New Roman" w:eastAsia="宋体"/>
          <w:b w:val="0"/>
          <w:sz w:val="24"/>
        </w:rPr>
        <w:t>为做好我院2026年接收优秀应届本科毕业生推荐免试攻读硕士学位研究生（以下简称“推免生”）的招生工作，根据《闽江学院2026年接收优秀应届本科毕业生推荐免试攻读硕士学位研究生招生简章》的规定和要求，制定2026年接收推免生工作实施细则如下。</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一、组织机构及职责</w:t>
      </w:r>
    </w:p>
    <w:p>
      <w:pPr>
        <w:spacing w:after="80" w:lineRule="auto" w:line="360"/>
        <w:ind w:firstLine="482"/>
        <w:jc w:val="both"/>
      </w:pPr>
      <w:r>
        <w:rPr>
          <w:rFonts w:ascii="Times New Roman" w:hAnsi="Times New Roman" w:eastAsia="宋体"/>
          <w:b w:val="0"/>
          <w:sz w:val="24"/>
        </w:rPr>
        <w:t>学院按照学校整体工作安排，成立网络空间安全学院2026年硕士研究生招生工作领导小组，全面负责2026年接收推免生复试及招生录取等工作。</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2026年拟接收推免生专业和报考要求如下</w:t>
      </w:r>
    </w:p>
    <w:p>
      <w:pPr>
        <w:spacing w:before="160" w:after="80" w:lineRule="auto" w:line="360"/>
        <w:jc w:val="left"/>
      </w:pPr>
      <w:r>
        <w:rPr>
          <w:rFonts w:ascii="Times New Roman" w:hAnsi="Times New Roman" w:eastAsia="宋体"/>
          <w:b/>
          <w:sz w:val="28"/>
        </w:rPr>
        <w:t>三、接收对象和条件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具有坚定的社会主义理想信念，拥护中国共产党的领导，遵纪守法，品德良好，诚实守信，学风端正，身心健康，不存在任何有违学术道德、专业伦理等行为。</w:t>
      </w:r>
    </w:p>
    <w:p>
      <w:pPr>
        <w:spacing w:after="80" w:lineRule="auto" w:line="360"/>
        <w:ind w:firstLine="482"/>
        <w:jc w:val="both"/>
      </w:pPr>
      <w:r>
        <w:rPr>
          <w:rFonts w:ascii="Times New Roman" w:hAnsi="Times New Roman" w:eastAsia="宋体"/>
          <w:b w:val="0"/>
          <w:sz w:val="24"/>
        </w:rPr>
        <w:t>3. 普通全日制应届本科毕业生，学习成绩优秀，学术研究兴趣浓厚，具有较强的创新能力和培养潜质。</w:t>
      </w:r>
    </w:p>
    <w:p>
      <w:pPr>
        <w:spacing w:after="80" w:lineRule="auto" w:line="360"/>
        <w:ind w:firstLine="482"/>
        <w:jc w:val="both"/>
      </w:pPr>
      <w:r>
        <w:rPr>
          <w:rFonts w:ascii="Times New Roman" w:hAnsi="Times New Roman" w:eastAsia="宋体"/>
          <w:b w:val="0"/>
          <w:sz w:val="24"/>
        </w:rPr>
        <w:t>4. 在目前就读学校获得教育部推免生资格，以教育部“全国推荐免试攻读研究生（免初试、转段）信息公开管理服务系统”（以下简称“推免服务系统”，网址：http://yz.chsi.com.cn/tm）备案信息为准。</w:t>
      </w:r>
    </w:p>
    <w:p>
      <w:pPr>
        <w:spacing w:before="160" w:after="80" w:lineRule="auto" w:line="360"/>
        <w:jc w:val="left"/>
      </w:pPr>
      <w:r>
        <w:rPr>
          <w:rFonts w:ascii="Times New Roman" w:hAnsi="Times New Roman" w:eastAsia="宋体"/>
          <w:b/>
          <w:sz w:val="28"/>
        </w:rPr>
        <w:t>四、申请、复试、录取程序</w:t>
      </w:r>
    </w:p>
    <w:p>
      <w:pPr>
        <w:spacing w:after="80" w:lineRule="auto" w:line="360"/>
        <w:ind w:firstLine="482"/>
        <w:jc w:val="both"/>
      </w:pPr>
      <w:r>
        <w:rPr>
          <w:rFonts w:ascii="Times New Roman" w:hAnsi="Times New Roman" w:eastAsia="宋体"/>
          <w:b w:val="0"/>
          <w:sz w:val="24"/>
        </w:rPr>
        <w:t>1. 网上报名</w:t>
      </w:r>
    </w:p>
    <w:p>
      <w:pPr>
        <w:spacing w:after="80" w:lineRule="auto" w:line="360"/>
        <w:ind w:firstLine="482"/>
        <w:jc w:val="both"/>
      </w:pPr>
      <w:r>
        <w:rPr>
          <w:rFonts w:ascii="Times New Roman" w:hAnsi="Times New Roman" w:eastAsia="宋体"/>
          <w:b w:val="0"/>
          <w:sz w:val="24"/>
        </w:rPr>
        <w:t>获得推荐免试资格的考生于有效时间内，登录教育部“全国推荐免试攻读研究生（免初试、转段）信息公开管理服务系统”（网址：https://yz.chsi.com.cn/tm，以下简称“推免系统”）进行注册并报名，预计系统开放时间为2025年9月22日9:00。</w:t>
      </w:r>
    </w:p>
    <w:p>
      <w:pPr>
        <w:spacing w:after="80" w:lineRule="auto" w:line="360"/>
        <w:ind w:firstLine="482"/>
        <w:jc w:val="both"/>
      </w:pPr>
      <w:r>
        <w:rPr>
          <w:rFonts w:ascii="Times New Roman" w:hAnsi="Times New Roman" w:eastAsia="宋体"/>
          <w:b w:val="0"/>
          <w:sz w:val="24"/>
        </w:rPr>
        <w:t>2. 复试名单</w:t>
      </w:r>
    </w:p>
    <w:p>
      <w:pPr>
        <w:spacing w:after="80" w:lineRule="auto" w:line="360"/>
        <w:ind w:firstLine="482"/>
        <w:jc w:val="both"/>
      </w:pPr>
      <w:r>
        <w:rPr>
          <w:rFonts w:ascii="Times New Roman" w:hAnsi="Times New Roman" w:eastAsia="宋体"/>
          <w:b w:val="0"/>
          <w:sz w:val="24"/>
        </w:rPr>
        <w:t>学院硕士研究生招生工作领导小组对推免生申请者的材料进行审查、评议，择优选拔。主要依照拟招生人数确定复试名单。学院将对符合条件的申请者发出复试通知，并通知申请者本人参加复试的时间。</w:t>
      </w:r>
    </w:p>
    <w:p>
      <w:pPr>
        <w:spacing w:after="80" w:lineRule="auto" w:line="360"/>
        <w:ind w:firstLine="482"/>
        <w:jc w:val="both"/>
      </w:pPr>
      <w:r>
        <w:rPr>
          <w:rFonts w:ascii="Times New Roman" w:hAnsi="Times New Roman" w:eastAsia="宋体"/>
          <w:b w:val="0"/>
          <w:sz w:val="24"/>
        </w:rPr>
        <w:t>3. 复试安排</w:t>
      </w:r>
    </w:p>
    <w:p>
      <w:pPr>
        <w:spacing w:after="80" w:lineRule="auto" w:line="360"/>
        <w:ind w:firstLine="482"/>
        <w:jc w:val="both"/>
      </w:pPr>
      <w:r>
        <w:rPr>
          <w:rFonts w:ascii="Times New Roman" w:hAnsi="Times New Roman" w:eastAsia="宋体"/>
          <w:b w:val="0"/>
          <w:sz w:val="24"/>
        </w:rPr>
        <w:t>复试时间为2025年9月25日至10月15日，根据报名情况和审核结果，开展若干轮次复试录取工作，录取后如还有空余名额，则继续开展下一轮次的复试录取工作，直至确认录取考生满额为止，具体请关注我院官网研究生教育栏目的相关通知。</w:t>
      </w:r>
    </w:p>
    <w:p>
      <w:pPr>
        <w:spacing w:after="80" w:lineRule="auto" w:line="360"/>
        <w:ind w:firstLine="482"/>
        <w:jc w:val="both"/>
      </w:pPr>
      <w:r>
        <w:rPr>
          <w:rFonts w:ascii="Times New Roman" w:hAnsi="Times New Roman" w:eastAsia="宋体"/>
          <w:b w:val="0"/>
          <w:sz w:val="24"/>
        </w:rPr>
        <w:t>4. 录取安排</w:t>
      </w:r>
    </w:p>
    <w:p>
      <w:pPr>
        <w:spacing w:after="80" w:lineRule="auto" w:line="360"/>
        <w:ind w:firstLine="482"/>
        <w:jc w:val="both"/>
      </w:pPr>
      <w:r>
        <w:rPr>
          <w:rFonts w:ascii="Times New Roman" w:hAnsi="Times New Roman" w:eastAsia="宋体"/>
          <w:b w:val="0"/>
          <w:sz w:val="24"/>
        </w:rPr>
        <w:t>复试结束后，根据复试成绩确定拟录取名单（复试成绩低于60分的考生不能进入拟录取名单）。在学院网站公布拟录取名单及成绩，公示期为2个工作日，正式的拟录取名单以校研究处网站为准。</w:t>
      </w:r>
    </w:p>
    <w:p>
      <w:pPr>
        <w:spacing w:after="80" w:lineRule="auto" w:line="360"/>
        <w:ind w:firstLine="482"/>
        <w:jc w:val="both"/>
      </w:pPr>
      <w:r>
        <w:rPr>
          <w:rFonts w:ascii="Times New Roman" w:hAnsi="Times New Roman" w:eastAsia="宋体"/>
          <w:b w:val="0"/>
          <w:sz w:val="24"/>
        </w:rPr>
        <w:t>学校研究生处通过教育部的“推免服务系统”发送待录取通知。申请者在收到“待录取通知”后24小时内须予以接受确认，否则视为自动放弃待录取资格。申请者须谨慎接受待录取资格，一旦接受确认，我校不予解锁。</w:t>
      </w:r>
    </w:p>
    <w:p>
      <w:pPr>
        <w:spacing w:before="160" w:after="80" w:lineRule="auto" w:line="360"/>
        <w:jc w:val="left"/>
      </w:pPr>
      <w:r>
        <w:rPr>
          <w:rFonts w:ascii="Times New Roman" w:hAnsi="Times New Roman" w:eastAsia="宋体"/>
          <w:b/>
          <w:sz w:val="28"/>
        </w:rPr>
        <w:t>五、资格审查</w:t>
      </w:r>
    </w:p>
    <w:p>
      <w:pPr>
        <w:spacing w:after="80" w:lineRule="auto" w:line="360"/>
        <w:ind w:firstLine="482"/>
        <w:jc w:val="both"/>
      </w:pPr>
      <w:r>
        <w:rPr>
          <w:rFonts w:ascii="Times New Roman" w:hAnsi="Times New Roman" w:eastAsia="宋体"/>
          <w:b w:val="0"/>
          <w:sz w:val="24"/>
        </w:rPr>
        <w:t>在教育部推免系统登记报名的申请者，请在成功报名后2日内将以下材料扫描件（PDF格式）打包发到指定邮箱：cse@mju.edu.cn（文件名为：报考专业+姓名，如：网络与信息安全+张三），否则将不能参加复试。</w:t>
      </w:r>
    </w:p>
    <w:p>
      <w:pPr>
        <w:spacing w:after="80" w:lineRule="auto" w:line="360"/>
        <w:ind w:firstLine="482"/>
        <w:jc w:val="both"/>
      </w:pPr>
      <w:r>
        <w:rPr>
          <w:rFonts w:ascii="Times New Roman" w:hAnsi="Times New Roman" w:eastAsia="宋体"/>
          <w:b w:val="0"/>
          <w:sz w:val="24"/>
        </w:rPr>
        <w:t>1. 复试承诺书（见附件）；</w:t>
      </w:r>
    </w:p>
    <w:p>
      <w:pPr>
        <w:spacing w:after="80" w:lineRule="auto" w:line="360"/>
        <w:ind w:firstLine="482"/>
        <w:jc w:val="both"/>
      </w:pPr>
      <w:r>
        <w:rPr>
          <w:rFonts w:ascii="Times New Roman" w:hAnsi="Times New Roman" w:eastAsia="宋体"/>
          <w:b w:val="0"/>
          <w:sz w:val="24"/>
        </w:rPr>
        <w:t>2. 二代身份证及学生证复印件（身份证复印正反面，学生证复印学生信息和注册情况）；</w:t>
      </w:r>
    </w:p>
    <w:p>
      <w:pPr>
        <w:spacing w:after="80" w:lineRule="auto" w:line="360"/>
        <w:ind w:firstLine="482"/>
        <w:jc w:val="both"/>
      </w:pPr>
      <w:r>
        <w:rPr>
          <w:rFonts w:ascii="Times New Roman" w:hAnsi="Times New Roman" w:eastAsia="宋体"/>
          <w:b w:val="0"/>
          <w:sz w:val="24"/>
        </w:rPr>
        <w:t>3. 本科阶段成绩单1份（须加盖学校教务部门公章）；</w:t>
      </w:r>
    </w:p>
    <w:p>
      <w:pPr>
        <w:spacing w:after="80" w:lineRule="auto" w:line="360"/>
        <w:ind w:firstLine="482"/>
        <w:jc w:val="both"/>
      </w:pPr>
      <w:r>
        <w:rPr>
          <w:rFonts w:ascii="Times New Roman" w:hAnsi="Times New Roman" w:eastAsia="宋体"/>
          <w:b w:val="0"/>
          <w:sz w:val="24"/>
        </w:rPr>
        <w:t>4. 外语水平证明，如：雅思、四、六级成绩单等；</w:t>
      </w:r>
    </w:p>
    <w:p>
      <w:pPr>
        <w:spacing w:after="80" w:lineRule="auto" w:line="360"/>
        <w:ind w:firstLine="482"/>
        <w:jc w:val="both"/>
      </w:pPr>
      <w:r>
        <w:rPr>
          <w:rFonts w:ascii="Times New Roman" w:hAnsi="Times New Roman" w:eastAsia="宋体"/>
          <w:b w:val="0"/>
          <w:sz w:val="24"/>
        </w:rPr>
        <w:t>5. 有学术科研成果（发表的论文、出版的专著等）和获奖证书者，提供复印件各1份；</w:t>
      </w:r>
    </w:p>
    <w:p>
      <w:pPr>
        <w:spacing w:after="80" w:lineRule="auto" w:line="360"/>
        <w:ind w:firstLine="482"/>
        <w:jc w:val="both"/>
      </w:pPr>
      <w:r>
        <w:rPr>
          <w:rFonts w:ascii="Times New Roman" w:hAnsi="Times New Roman" w:eastAsia="宋体"/>
          <w:b w:val="0"/>
          <w:sz w:val="24"/>
        </w:rPr>
        <w:t>6. 个人简历。</w:t>
      </w:r>
    </w:p>
    <w:p>
      <w:pPr>
        <w:spacing w:after="80" w:lineRule="auto" w:line="360"/>
        <w:ind w:firstLine="482"/>
        <w:jc w:val="both"/>
      </w:pPr>
      <w:r>
        <w:rPr>
          <w:rFonts w:ascii="Times New Roman" w:hAnsi="Times New Roman" w:eastAsia="宋体"/>
          <w:b w:val="0"/>
          <w:sz w:val="24"/>
        </w:rPr>
        <w:t>以上材料必须本人签名确保真实，入学时提交原件核查。若发现申请人提交的信息不真实或不准确，不予录取。</w:t>
      </w:r>
    </w:p>
    <w:p>
      <w:pPr>
        <w:spacing w:before="160" w:after="80" w:lineRule="auto" w:line="360"/>
        <w:jc w:val="left"/>
      </w:pPr>
      <w:r>
        <w:rPr>
          <w:rFonts w:ascii="Times New Roman" w:hAnsi="Times New Roman" w:eastAsia="宋体"/>
          <w:b/>
          <w:sz w:val="28"/>
        </w:rPr>
        <w:t>六、复试内容</w:t>
      </w:r>
    </w:p>
    <w:p>
      <w:pPr>
        <w:spacing w:after="80" w:lineRule="auto" w:line="360"/>
        <w:ind w:firstLine="482"/>
        <w:jc w:val="both"/>
      </w:pPr>
      <w:r>
        <w:rPr>
          <w:rFonts w:ascii="Times New Roman" w:hAnsi="Times New Roman" w:eastAsia="宋体"/>
          <w:b w:val="0"/>
          <w:sz w:val="24"/>
        </w:rPr>
        <w:t>复试环节主要考察学生的思想品德、专业能力、培养潜质及综合素质，对每位考生的复试情况做出客观公正的判断，复试成绩满分100分，低于60分不予录取。复试全程录音录像，复试小组成员现场独立评分。</w:t>
      </w:r>
    </w:p>
    <w:p>
      <w:pPr>
        <w:spacing w:after="80" w:lineRule="auto" w:line="360"/>
        <w:ind w:firstLine="482"/>
        <w:jc w:val="both"/>
      </w:pPr>
      <w:r>
        <w:rPr>
          <w:rFonts w:ascii="Times New Roman" w:hAnsi="Times New Roman" w:eastAsia="宋体"/>
          <w:b w:val="0"/>
          <w:sz w:val="24"/>
        </w:rPr>
        <w:t>1. 复试考核以面试为主，线上进行；</w:t>
      </w:r>
    </w:p>
    <w:p>
      <w:pPr>
        <w:spacing w:after="80" w:lineRule="auto" w:line="360"/>
        <w:ind w:firstLine="482"/>
        <w:jc w:val="both"/>
      </w:pPr>
      <w:r>
        <w:rPr>
          <w:rFonts w:ascii="Times New Roman" w:hAnsi="Times New Roman" w:eastAsia="宋体"/>
          <w:b w:val="0"/>
          <w:sz w:val="24"/>
        </w:rPr>
        <w:t>2. 成立不少于5人的复试小组。复试过程中，复试小组成员现场独立评分，严格执行回避制度和保密制度；</w:t>
      </w:r>
    </w:p>
    <w:p>
      <w:pPr>
        <w:spacing w:after="80" w:lineRule="auto" w:line="360"/>
        <w:ind w:firstLine="482"/>
        <w:jc w:val="both"/>
      </w:pPr>
      <w:r>
        <w:rPr>
          <w:rFonts w:ascii="Times New Roman" w:hAnsi="Times New Roman" w:eastAsia="宋体"/>
          <w:b w:val="0"/>
          <w:sz w:val="24"/>
        </w:rPr>
        <w:t>3. 面试小组对申请人的思想政治表现、学业水平、学术潜力等方面进行考察，每名考生面试时间不少于20分钟。注重学生专业水平和知识背景的考查，着重考察学生的专业知识基础、思考问题能力、语言表达能力、创新能力与水平、英语水平等；</w:t>
      </w:r>
    </w:p>
    <w:p>
      <w:pPr>
        <w:spacing w:after="80" w:lineRule="auto" w:line="360"/>
        <w:ind w:firstLine="482"/>
        <w:jc w:val="both"/>
      </w:pPr>
      <w:r>
        <w:rPr>
          <w:rFonts w:ascii="Times New Roman" w:hAnsi="Times New Roman" w:eastAsia="宋体"/>
          <w:b w:val="0"/>
          <w:sz w:val="24"/>
        </w:rPr>
        <w:t>4. 面试内容：专业能力测试、外语水平测试（听力和口语）、综合素质测试（含思想品德）等考核内容。专业能力测试、外语水平测试和综合素质测试三项成绩相加即为考生的复试成绩，复试成绩满分为100分，分为：</w:t>
      </w:r>
    </w:p>
    <w:p>
      <w:pPr>
        <w:spacing w:after="80" w:lineRule="auto" w:line="360"/>
        <w:ind w:firstLine="482"/>
        <w:jc w:val="both"/>
      </w:pPr>
      <w:r>
        <w:rPr>
          <w:rFonts w:ascii="Times New Roman" w:hAnsi="Times New Roman" w:eastAsia="宋体"/>
          <w:b w:val="0"/>
          <w:sz w:val="24"/>
        </w:rPr>
        <w:t>1）专业能力测试（满分40分）。结合考生本科所学专业课程（含课程设计、实验、毕业设计）及本专业领域前沿热点技术等提出综合问题，考察考生对本专业基础知识的理解及掌握程度。通过对问题的追问，考核考生对专业知识的综合理解能力、逻辑思辨能力及实践应用能力。</w:t>
      </w:r>
    </w:p>
    <w:p>
      <w:pPr>
        <w:spacing w:after="80" w:lineRule="auto" w:line="360"/>
        <w:ind w:firstLine="482"/>
        <w:jc w:val="both"/>
      </w:pPr>
      <w:r>
        <w:rPr>
          <w:rFonts w:ascii="Times New Roman" w:hAnsi="Times New Roman" w:eastAsia="宋体"/>
          <w:b w:val="0"/>
          <w:sz w:val="24"/>
        </w:rPr>
        <w:t>2）英语水平测试（满分20分，主要是听力和口语测试）。考生用外语进行自我介绍，评委结合考生自我介绍相关内容进行外语提问，考生用外语回答。重点考察考生的外语听说能力及语言组织能力。</w:t>
      </w:r>
    </w:p>
    <w:p>
      <w:pPr>
        <w:spacing w:after="80" w:lineRule="auto" w:line="360"/>
        <w:ind w:firstLine="482"/>
        <w:jc w:val="both"/>
      </w:pPr>
      <w:r>
        <w:rPr>
          <w:rFonts w:ascii="Times New Roman" w:hAnsi="Times New Roman" w:eastAsia="宋体"/>
          <w:b w:val="0"/>
          <w:sz w:val="24"/>
        </w:rPr>
        <w:t>3）综合素质测试（满分40分）。全面考核考生的政治态度、思想表现、道德品质、既往学业、科研能力、综合素质、社会实践、人文素养、心理素质等。</w:t>
      </w:r>
    </w:p>
    <w:p>
      <w:pPr>
        <w:spacing w:after="80" w:lineRule="auto" w:line="360"/>
        <w:ind w:firstLine="482"/>
        <w:jc w:val="both"/>
      </w:pPr>
      <w:r>
        <w:rPr>
          <w:rFonts w:ascii="Times New Roman" w:hAnsi="Times New Roman" w:eastAsia="宋体"/>
          <w:b w:val="0"/>
          <w:sz w:val="24"/>
        </w:rPr>
        <w:t>按复试成绩录取，若复试成绩相同，依次比较专业能力测试、综合素质测试确定录取顺序。综合素质测试低于24分者不予录取。</w:t>
      </w:r>
    </w:p>
    <w:p>
      <w:pPr>
        <w:spacing w:before="160" w:after="80" w:lineRule="auto" w:line="360"/>
        <w:jc w:val="left"/>
      </w:pPr>
      <w:r>
        <w:rPr>
          <w:rFonts w:ascii="Times New Roman" w:hAnsi="Times New Roman" w:eastAsia="宋体"/>
          <w:b/>
          <w:sz w:val="28"/>
        </w:rPr>
        <w:t>七、体检</w:t>
      </w:r>
    </w:p>
    <w:p>
      <w:pPr>
        <w:spacing w:after="80" w:lineRule="auto" w:line="360"/>
        <w:ind w:firstLine="482"/>
        <w:jc w:val="both"/>
      </w:pPr>
      <w:r>
        <w:rPr>
          <w:rFonts w:ascii="Times New Roman" w:hAnsi="Times New Roman" w:eastAsia="宋体"/>
          <w:b w:val="0"/>
          <w:sz w:val="24"/>
        </w:rPr>
        <w:t>推免生在获得拟录取资格后15天内提交体检报告单。我校不组织推免生进行集中体检，请自行前往具有三级甲等资质以上的医院进行体检。体检报告格式以体检医院格式为准，学校不提供统一模板，各位考生体检项目覆盖以下要求中规定的所有项目即可。</w:t>
      </w:r>
    </w:p>
    <w:p>
      <w:pPr>
        <w:spacing w:after="80" w:lineRule="auto" w:line="360"/>
        <w:ind w:firstLine="482"/>
        <w:jc w:val="both"/>
      </w:pPr>
      <w:r>
        <w:rPr>
          <w:rFonts w:ascii="Times New Roman" w:hAnsi="Times New Roman" w:eastAsia="宋体"/>
          <w:b w:val="0"/>
          <w:sz w:val="24"/>
        </w:rPr>
        <w:t>体检项目包括：内科、外科、血压、视力、辨色力、听力、肝功能、血常规、尿常规、胸片、心电图。体检标准参照教育部、原卫生部、中国残联印发的《普通高等学校招生体检工作指导意见》（教学〔2003〕3号）、《教育部办公厅 卫生部办公厅关于普通高等学校招生学生入学身体检查取消乙肝项目检测有关问题的通知》（教学厅〔2010〕2号）和《关于明确慢性肝炎病人并且肝功能不正常的具体判定标准的函》（教学司〔2010〕22号）等有关规定执行。</w:t>
      </w:r>
    </w:p>
    <w:p>
      <w:pPr>
        <w:spacing w:before="160" w:after="80" w:lineRule="auto" w:line="360"/>
        <w:jc w:val="left"/>
      </w:pPr>
      <w:r>
        <w:rPr>
          <w:rFonts w:ascii="Times New Roman" w:hAnsi="Times New Roman" w:eastAsia="宋体"/>
          <w:b/>
          <w:sz w:val="28"/>
        </w:rPr>
        <w:t>八、学费与奖助学金</w:t>
      </w:r>
    </w:p>
    <w:p>
      <w:pPr>
        <w:spacing w:after="80" w:lineRule="auto" w:line="360"/>
        <w:ind w:firstLine="482"/>
        <w:jc w:val="both"/>
      </w:pPr>
      <w:r>
        <w:rPr>
          <w:rFonts w:ascii="Times New Roman" w:hAnsi="Times New Roman" w:eastAsia="宋体"/>
          <w:b w:val="0"/>
          <w:sz w:val="24"/>
        </w:rPr>
        <w:t>（一）学费</w:t>
      </w:r>
    </w:p>
    <w:p>
      <w:pPr>
        <w:spacing w:after="80" w:lineRule="auto" w:line="360"/>
        <w:ind w:firstLine="482"/>
        <w:jc w:val="both"/>
      </w:pPr>
      <w:r>
        <w:rPr>
          <w:rFonts w:ascii="Times New Roman" w:hAnsi="Times New Roman" w:eastAsia="宋体"/>
          <w:b w:val="0"/>
          <w:sz w:val="24"/>
        </w:rPr>
        <w:t>推免生被录取为我校硕士研究生，录取类别均为全日制非定向，学费标准为8000元（生·年）。</w:t>
      </w:r>
    </w:p>
    <w:p>
      <w:pPr>
        <w:spacing w:after="80" w:lineRule="auto" w:line="360"/>
        <w:ind w:firstLine="482"/>
        <w:jc w:val="both"/>
      </w:pPr>
      <w:r>
        <w:rPr>
          <w:rFonts w:ascii="Times New Roman" w:hAnsi="Times New Roman" w:eastAsia="宋体"/>
          <w:b w:val="0"/>
          <w:sz w:val="24"/>
        </w:rPr>
        <w:t>（二）奖助学金</w:t>
      </w:r>
    </w:p>
    <w:p>
      <w:pPr>
        <w:spacing w:after="80" w:lineRule="auto" w:line="360"/>
        <w:ind w:firstLine="482"/>
        <w:jc w:val="both"/>
      </w:pPr>
      <w:r>
        <w:rPr>
          <w:rFonts w:ascii="Times New Roman" w:hAnsi="Times New Roman" w:eastAsia="宋体"/>
          <w:b w:val="0"/>
          <w:sz w:val="24"/>
        </w:rPr>
        <w:t>1. 国家奖学金：用于奖励学业成绩特别优秀、科研成果显著、社会公益活动表现突出的研究生。按照教育部的规定执行，现行政策为20000元。</w:t>
      </w:r>
    </w:p>
    <w:p>
      <w:pPr>
        <w:spacing w:after="80" w:lineRule="auto" w:line="360"/>
        <w:ind w:firstLine="482"/>
        <w:jc w:val="both"/>
      </w:pPr>
      <w:r>
        <w:rPr>
          <w:rFonts w:ascii="Times New Roman" w:hAnsi="Times New Roman" w:eastAsia="宋体"/>
          <w:b w:val="0"/>
          <w:sz w:val="24"/>
        </w:rPr>
        <w:t>2. 国家助学金：涵盖所有无固定工资收入的全日制非定向硕士研究生。按照教育部的规定执行，现行政策为基本学制内6000元（生·年）。</w:t>
      </w:r>
    </w:p>
    <w:p>
      <w:pPr>
        <w:spacing w:after="80" w:lineRule="auto" w:line="360"/>
        <w:ind w:firstLine="482"/>
        <w:jc w:val="both"/>
      </w:pPr>
      <w:r>
        <w:rPr>
          <w:rFonts w:ascii="Times New Roman" w:hAnsi="Times New Roman" w:eastAsia="宋体"/>
          <w:b w:val="0"/>
          <w:sz w:val="24"/>
        </w:rPr>
        <w:t>3. 闽院奖学金（一年级研究生）：一次性给予所有录取我校的推免研究生12000元。</w:t>
      </w:r>
    </w:p>
    <w:p>
      <w:pPr>
        <w:spacing w:after="80" w:lineRule="auto" w:line="360"/>
        <w:ind w:firstLine="482"/>
        <w:jc w:val="both"/>
      </w:pPr>
      <w:r>
        <w:rPr>
          <w:rFonts w:ascii="Times New Roman" w:hAnsi="Times New Roman" w:eastAsia="宋体"/>
          <w:b w:val="0"/>
          <w:sz w:val="24"/>
        </w:rPr>
        <w:t>4. 学业奖学金（二、三年级研究生）：学业奖学金设立一、二、三等奖，一等奖12000元（生·年）、二等奖8000元（生·年）、三等奖4000元（生·年）。综合素质测评成绩前10%（含10%）评为一等奖，前10%至30%（含30%）评为二等奖，前30%至90%（含90%）评为三等奖。</w:t>
      </w:r>
    </w:p>
    <w:p>
      <w:pPr>
        <w:spacing w:after="80" w:lineRule="auto" w:line="360"/>
        <w:ind w:firstLine="482"/>
        <w:jc w:val="both"/>
      </w:pPr>
      <w:r>
        <w:rPr>
          <w:rFonts w:ascii="Times New Roman" w:hAnsi="Times New Roman" w:eastAsia="宋体"/>
          <w:b w:val="0"/>
          <w:sz w:val="24"/>
        </w:rPr>
        <w:t>5. “三助”岗位津贴：学校将按规定统筹利用科研经费、学费收入、社会捐助等资金，设置研究生“助研”“助教”和“助管”岗位，并提供“三助”津贴，以相关文件实施为准。</w:t>
      </w:r>
    </w:p>
    <w:p>
      <w:pPr>
        <w:spacing w:before="160" w:after="80" w:lineRule="auto" w:line="360"/>
        <w:jc w:val="left"/>
      </w:pPr>
      <w:r>
        <w:rPr>
          <w:rFonts w:ascii="Times New Roman" w:hAnsi="Times New Roman" w:eastAsia="宋体"/>
          <w:b/>
          <w:sz w:val="28"/>
        </w:rPr>
        <w:t>九、其他事项</w:t>
      </w:r>
    </w:p>
    <w:p>
      <w:pPr>
        <w:spacing w:after="80" w:lineRule="auto" w:line="360"/>
        <w:ind w:firstLine="482"/>
        <w:jc w:val="both"/>
      </w:pPr>
      <w:r>
        <w:rPr>
          <w:rFonts w:ascii="Times New Roman" w:hAnsi="Times New Roman" w:eastAsia="宋体"/>
          <w:b w:val="0"/>
          <w:sz w:val="24"/>
        </w:rPr>
        <w:t>（一）推免生必须确保提供的信息和材料真实、准确。若发现申请人有弄虚作假行为，我校将取消其报名、复试、录取资格或学籍。</w:t>
      </w:r>
    </w:p>
    <w:p>
      <w:pPr>
        <w:spacing w:after="80" w:lineRule="auto" w:line="360"/>
        <w:ind w:firstLine="482"/>
        <w:jc w:val="both"/>
      </w:pPr>
      <w:r>
        <w:rPr>
          <w:rFonts w:ascii="Times New Roman" w:hAnsi="Times New Roman" w:eastAsia="宋体"/>
          <w:b w:val="0"/>
          <w:sz w:val="24"/>
        </w:rPr>
        <w:t>（二）根据教育部有关规定，已被招生单位接收的推免生，不得再报名参加当年硕士研究生考试招生，否则取消其推免录取资格。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（三）被我校录取的推免生应遵纪守法，认真完成学业。录取当年入学前未取得学士学位或本科毕业证书，或受到处分的，取消录取资格。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（四）其他未尽事宜依照学校及教育部研究生招生有关规定执行。</w:t>
      </w:r>
    </w:p>
    <w:p>
      <w:pPr>
        <w:spacing w:before="160" w:after="80" w:lineRule="auto" w:line="360"/>
        <w:jc w:val="left"/>
      </w:pPr>
      <w:r>
        <w:rPr>
          <w:rFonts w:ascii="Times New Roman" w:hAnsi="Times New Roman" w:eastAsia="宋体"/>
          <w:b/>
          <w:sz w:val="28"/>
        </w:rPr>
        <w:t>十、咨询及申诉渠道</w:t>
      </w:r>
    </w:p>
    <w:p>
      <w:pPr>
        <w:spacing w:after="80" w:lineRule="auto" w:line="360"/>
        <w:ind w:firstLine="482"/>
        <w:jc w:val="both"/>
      </w:pPr>
      <w:r>
        <w:rPr>
          <w:rFonts w:ascii="Times New Roman" w:hAnsi="Times New Roman" w:eastAsia="宋体"/>
          <w:b w:val="0"/>
          <w:sz w:val="24"/>
        </w:rPr>
        <w:t>1. 咨询电话：18806041356（柯老师）</w:t>
      </w:r>
    </w:p>
    <w:p>
      <w:pPr>
        <w:spacing w:after="80" w:lineRule="auto" w:line="360"/>
        <w:ind w:firstLine="482"/>
        <w:jc w:val="both"/>
      </w:pPr>
      <w:r>
        <w:rPr>
          <w:rFonts w:ascii="Times New Roman" w:hAnsi="Times New Roman" w:eastAsia="宋体"/>
          <w:b w:val="0"/>
          <w:sz w:val="24"/>
        </w:rPr>
        <w:t>电子邮箱：@mju.edu.cn</w:t>
      </w:r>
    </w:p>
    <w:p>
      <w:pPr>
        <w:spacing w:after="80" w:lineRule="auto" w:line="360"/>
        <w:ind w:firstLine="482"/>
        <w:jc w:val="both"/>
      </w:pPr>
      <w:r>
        <w:rPr>
          <w:rFonts w:ascii="Times New Roman" w:hAnsi="Times New Roman" w:eastAsia="宋体"/>
          <w:b w:val="0"/>
          <w:sz w:val="24"/>
        </w:rPr>
        <w:t>2. 纪检电话：0591-83761535（黄老师）</w:t>
      </w:r>
    </w:p>
    <w:p>
      <w:pPr>
        <w:spacing w:after="80" w:lineRule="auto" w:line="360"/>
        <w:ind w:firstLine="482"/>
        <w:jc w:val="both"/>
      </w:pPr>
      <w:r>
        <w:rPr>
          <w:rFonts w:ascii="Times New Roman" w:hAnsi="Times New Roman" w:eastAsia="宋体"/>
          <w:b w:val="0"/>
          <w:sz w:val="24"/>
        </w:rPr>
        <w:t>电子邮箱：cse@mju.edu.cn</w:t>
      </w:r>
    </w:p>
    <w:p>
      <w:pPr>
        <w:spacing w:after="80" w:lineRule="auto" w:line="360"/>
        <w:ind w:firstLine="482"/>
        <w:jc w:val="both"/>
      </w:pPr>
      <w:r>
        <w:rPr>
          <w:rFonts w:ascii="Times New Roman" w:hAnsi="Times New Roman" w:eastAsia="宋体"/>
          <w:b w:val="0"/>
          <w:sz w:val="24"/>
        </w:rPr>
        <w:t>附件：闽江学院2026年硕士研究生考生诚信复试承诺书（推免生）.docx</w:t>
      </w:r>
    </w:p>
    <w:p>
      <w:pPr>
        <w:spacing w:after="80" w:lineRule="auto" w:line="360"/>
        <w:ind w:firstLine="482"/>
        <w:jc w:val="both"/>
      </w:pPr>
      <w:r>
        <w:rPr>
          <w:rFonts w:ascii="Times New Roman" w:hAnsi="Times New Roman" w:eastAsia="宋体"/>
          <w:b w:val="0"/>
          <w:sz w:val="24"/>
        </w:rPr>
        <w:t>闽江学院网络空间安全学院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