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药学学部2026年接收推荐免试研究生复试及录取办法-新乡医学院药学学部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为切实做好药学学部（以下简称“学部”）2026年招收推免硕士研究生的复试工作，根据教育部和学校相关文件精神，结合学部的实际情况，现将学部2026年推免硕士研究生复试工作有关事宜通知如下：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一、指导思想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坚持公平、公正、公开的原则，科学选拔、分类复试。德智体全面衡量，成绩、潜力、业绩并重，尊重考生志愿，分类排队、择优录取，确保质量，按需招生，宁缺毋滥。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和学校的有关安排，并结合学部工作实际，制订研究生招生复试及录取工作细则。学部成立研究生招生领导小组，全面领导学部的研究生招生工作。各专业成立复试小组，学科专业复试小组由学科负责人为组长，学科业务骨干为成员，负责对参加复试的成员进行培训，使成员了解政策、熟悉规则、掌握方法，科学、高效组织复试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面试小组由“学科专业复试小组”产生，负责进行考生的面试工作，并做好整个过程音视频留存备查。每个面试小组由5名以上在职教师组成，其中研究生导师不少于3名，外语听说能力较强的老师不少于1名。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三、接收名额及要求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根据学部各专业师资力量及培养规模，学部拟接收推荐免试药学专业学位硕士研究生5人。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考生所读本科专业应与其所报考专业相同或相近。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（一）志愿填报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申请者在规定时间内登录中国研究生招生信息网（以下简称研招网）的“推免服务系统”（网址：http://yz.chsi.com.cn/tm），查阅河南医药大学推荐免试研究生招生简章及专业目录，进行网上报名缴费后，填报志愿。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学部接收志愿填报时间为2025年9月22日-10月16日。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（三）提交报名材料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依照河南医药大学2026年接收推荐免试攻读硕士研究生招生章程要求，申请人完成志愿填报后，须在10月10日08:30前向学部提交以下申请材料供审查：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申请者应提供的材料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（1）身份证、学生证、本科阶段在校学习成绩单原件及复印件（原件须加盖就读学校学籍管理部门公章）。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（2）学术科研成果（发表的论文、出版的专著等）及获奖证书的原件和复印件。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（3）国家级外语考试成绩或相关合格证书原件及复印件（如CET4级、CET6级、雅思、托福等）。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上述纸质申请材料请面试时提交至药学学部研究生工作办公室（勤政楼527）。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采用现场复试的方式进行。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学部考生复试工作在10月17日前完成。考生接到复试通知后，需在规定时间参加复试，逾期视为放弃复试资格。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（一）报到时间及地点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拟定2025年10月16日（星期四）上午进行报到，具体报到时间及地点将通过电话提前另行通知。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报到时，考生须提交报名申请材料原件以供查验。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（二）复试时间及内容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拟定2025年10月16日（星期四）下午进行复试，具体复试时间及地点将通过电话提前另行通知。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复试不收取复试费。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复试考核内容包含外语水平测试、专业素质测试、综合素质测试、思想政治素质和道德考核等四个方面。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外语水平测试和专业素养测试。考生随机抽取题号，从题库抽取英语话题，与考官进行交流，并回答提问，时间5分钟左右。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素质测试。综合素质测试由各学科专业复试小组负责。全面考核考生对本学科（专业）理论知识和应用技能掌握程度，利用所学理论发现、分析和解决问题的能力，创新精神和创新能力、事业心、责任感、协作性、心理健康情况等，以及对本学科发展动态的了解和在本专业领域发展的潜力；复试小组应实行每生打分制，严格按照面试项目打分，成绩以百分计，计入复试总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思想政治素质和道德考核。主要是考核考生本人的现实表现，内容应当包括考生的政治态度、思想表现、道德品质、遵纪守法、诚实守信等方面。思想政治素质和品德考核不合格者不予拟录取。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（四）复试成绩构成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复试中各项成绩和总成绩均按照百分制计算，保留小数点后两位。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复试各项成绩构成，如下表所示：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分类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外语水平测试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综合素质测试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综合面试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合计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临床药理学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