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2026届英语专业本科生成绩排名公示</w:t>
      </w:r>
    </w:p>
    <w:p>
      <w:r>
        <w:t>﻿</w:t>
      </w:r>
    </w:p>
    <w:p>
      <w:r>
        <w:t>ENGLISH</w:t>
      </w:r>
    </w:p>
    <w:p>
      <w:r>
        <w:t>学院领导</w:t>
      </w:r>
    </w:p>
    <w:p>
      <w:r>
        <w:t>学院新闻</w:t>
      </w:r>
    </w:p>
    <w:p>
      <w:r>
        <w:t>教学研究</w:t>
      </w:r>
    </w:p>
    <w:p>
      <w:r>
        <w:t>导师介绍</w:t>
      </w:r>
    </w:p>
    <w:p>
      <w:r>
        <w:t>研究生招生</w:t>
      </w:r>
    </w:p>
    <w:p>
      <w:r>
        <w:t>研究生教学与管理</w:t>
      </w:r>
    </w:p>
    <w:p>
      <w:r>
        <w:t>科研与社会服务</w:t>
      </w:r>
    </w:p>
    <w:p>
      <w:r>
        <w:t>科研成果</w:t>
      </w:r>
    </w:p>
    <w:p>
      <w:r>
        <w:t>学术活动</w:t>
      </w:r>
    </w:p>
    <w:p>
      <w:r>
        <w:t>社会服务</w:t>
      </w:r>
    </w:p>
    <w:p>
      <w:r>
        <w:t>规章制度</w:t>
      </w:r>
    </w:p>
    <w:p>
      <w:r>
        <w:t>学生工作</w:t>
      </w:r>
    </w:p>
    <w:p>
      <w:r>
        <w:t>学生活动</w:t>
      </w:r>
    </w:p>
    <w:p>
      <w:r>
        <w:t>就业指导</w:t>
      </w:r>
    </w:p>
    <w:p>
      <w:r>
        <w:t>党建工作</w:t>
      </w:r>
    </w:p>
    <w:p>
      <w:r>
        <w:t>党建信息</w:t>
      </w:r>
    </w:p>
    <w:p>
      <w:r>
        <w:t>党建理论</w:t>
      </w:r>
    </w:p>
    <w:p>
      <w:r>
        <w:t>国际交流</w:t>
      </w:r>
    </w:p>
    <w:p>
      <w:r>
        <w:t>交流信息</w:t>
      </w:r>
    </w:p>
    <w:p>
      <w:r>
        <w:t>交流项目</w:t>
      </w:r>
    </w:p>
    <w:p>
      <w:r>
        <w:t>规章制度</w:t>
      </w:r>
    </w:p>
    <w:p>
      <w:r>
        <w:t>下载中心</w:t>
      </w:r>
    </w:p>
    <w:p/>
    <w:p/>
    <w:p>
      <w:r>
        <w:t>2026届英语专业本科生成绩排名公示</w:t>
      </w:r>
    </w:p>
    <w:p>
      <w:r>
        <w:t>2025-08-26 09:34</w:t>
      </w:r>
    </w:p>
    <w:p>
      <w:r>
        <w:t>公示</w:t>
      </w:r>
    </w:p>
    <w:p>
      <w:r>
        <w:t>附件【26届英语本科生成绩排名公示.pdf】已下载 次</w:t>
      </w:r>
    </w:p>
    <w:p>
      <w:r>
        <w:t>关闭窗口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