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报名号申请院系所号及名称申请专业代码及名称申请研究方向研究方向考生姓名复试总成绩考核结果备注20263300135017苏州附属医院（苏州市中医医院）105701中医内科学33脾胃病的临床研究(017苏州附属医院（苏州市中医医院）)高*88.6考核通过20263300285017苏州附属医院（苏州市中医医院）105701中医内科学35肾脏病的临床研究(017苏州附属医院（苏州市中医医院）)周*秋86考核通过20263300112017苏州附属医院（苏州市中医医院）105701中医内科学36内分泌疾病的临床研究(017苏州附属医院（苏州市中医医院）)杨*榕84.2考核通过20263300194017苏州附属医院（苏州市中医医院）105701中医内科学36内分泌疾病的临床研究(017苏州附属医院（苏州市中医医院）)钱*怡83.2考核通过20263300608017苏州附属医院（苏州市中医医院）105701中医内科学31风湿病的临床研究(017苏州附属医院（苏州市中医医院）)陈*康80.8考核通过20263300959017苏州附属医院（苏州市中医医院）105701中医内科学33脾胃病的临床研究(017苏州附属医院（苏州市中医医院）)刘*可78考核通过20263300770017苏州附属医院（苏州市中医医院）105701中医内科学34肿瘤的临床研究(017苏州附属医院（苏州市中医医院）)汪*76.6考核通过20263300646017苏州附属医院（苏州市中医医院）105701中医内科学33脾胃病的临床研究(017苏州附属医院（苏州市中医医院）)周*婷73.4考核通过20263300788017苏州附属医院（苏州市中医医院）105701中医内科学35肾脏病的临床研究(017苏州附属医院（苏州市中医医院）)翟*伟73考核通过20263300567017苏州附属医院（苏州市中医医院）105701中医内科学33脾胃病的临床研究(017苏州附属医院（苏州市中医医院）)赵*迪72考核通过20263300120017苏州附属医院（苏州市中医医院）105701中医内科学35肾脏病的临床研究(017苏州附属医院（苏州市中医医院）)颜*龙69.2考核通过20263300873017苏州附属医院（苏州市中医医院）105701中医内科学35肾脏病的临床研究(017苏州附属医院（苏州市中医医院）)苏*哲67.4考核通过20263300132017苏州附属医院（苏州市中医医院）105701中医内科学33脾胃病的临床研究(017苏州附属医院（苏州市中医医院）)张*田66.2考核通过20263300213017苏州附属医院（苏州市中医医院）105701中医内科学36内分泌疾病的临床研究(017苏州附属医院（苏州市中医医院）)薛*文66.2考核通过20263300006017苏州附属医院（苏州市中医医院）105701中医内科学32心血管病的临床研究(017苏州附属医院（苏州市中医医院）)南*妍65考核通过20263300333017苏州附属医院（苏州市中医医院）105701中医内科学36内分泌疾病的临床研究(017苏州附属医院（苏州市中医医院）)陈*琰64.6考核通过20263300051017苏州附属医院（苏州市中医医院）105701中医内科学33脾胃病的临床研究(017苏州附属医院（苏州市中医医院）)李*63.8考核通过20263300596017苏州附属医院（苏州市中医医院）105701中医内科学33脾胃病的临床研究(017苏州附属医院（苏州市中医医院）)武*儒63.4考核通过20263300204017苏州附属医院（苏州市中医医院）105701中医内科学35肾脏病的临床研究(017苏州附属医院（苏州市中医医院）)吕*雨63.4考核通过20263300287017苏州附属医院（苏州市中医医院）105701中医内科学36内分泌疾病的临床研究(017苏州附属医院（苏州市中医医院）)秦*慧62.8考核通过20263300472017苏州附属医院（苏州市中医医院）105701中医内科学33脾胃病的临床研究(017苏州附属医院（苏州市中医医院）)杨*61.2考核通过20263300130017苏州附属医院（苏州市中医医院）105701中医内科学31风湿病的临床研究(017苏州附属医院（苏州市中医医院）)李*60.4考核通过20263300045017苏州附属医院（苏州市中医医院）105701中医内科学33脾胃病的临床研究(017苏州附属医院（苏州市中医医院）)王*善60.2考核通过20263300513017苏州附属医院（苏州市中医医院）105701中医内科学36内分泌疾病的临床研究(017苏州附属医院（苏州市中医医院）)李*姣59.4考核未通过20263300217017苏州附属医院（苏州市中医医院）105701中医内科学33脾胃病的临床研究(017苏州附属医院（苏州市中医医院）)相*培57.4考核未通过20263300167017苏州附属医院（苏州市中医医院）105701中医内科学35肾脏病的临床研究(017苏州附属医院（苏州市中医医院）)骆*时56.4考核未通过20263300262017苏州附属医院（苏州市中医医院）105701中医内科学33脾胃病的临床研究(017苏州附属医院（苏州市中医医院）)李*宇56.2考核未通过20263300726017苏州附属医院（苏州市中医医院）105701中医内科学33脾胃病的临床研究(017苏州附属医院（苏州市中医医院）)孙*贤53.2考核未通过20263300737017苏州附属医院（苏州市中医医院）105701中医内科学31风湿病的临床研究(017苏州附属医院（苏州市中医医院）)李*玥0缺考20263301018017苏州附属医院（苏州市中医医院）105701中医内科学31风湿病的临床研究(017苏州附属医院（苏州市中医医院）)盛*雨0缺考20263300681017苏州附属医院（苏州市中医医院）105701中医内科学32心血管病的临床研究(017苏州附属医院（苏州市中医医院）)王*0缺考20263300526017苏州附属医院（苏州市中医医院）105701中医内科学33脾胃病的临床研究(017苏州附属医院（苏州市中医医院）)张*菲0缺考20263300722017苏州附属医院（苏州市中医医院）105701中医内科学33脾胃病的临床研究(017苏州附属医院（苏州市中医医院）)张*0缺考20263300123017苏州附属医院（苏州市中医医院）105701中医内科学33脾胃病的临床研究(017苏州附属医院（苏州市中医医院）)王*瑛0缺考20263301006017苏州附属医院（苏州市中医医院）105701中医内科学33脾胃病的临床研究(017苏州附属医院（苏州市中医医院）)胡*阳0缺考20263300528017苏州附属医院（苏州市中医医院）105701中医内科学33脾胃病的临床研究(017苏州附属医院（苏州市中医医院）)吕*杨0缺考20263300404017苏州附属医院（苏州市中医医院）105701中医内科学33脾胃病的临床研究(017苏州附属医院（苏州市中医医院）)黄*馨0缺考20263300143017苏州附属医院（苏州市中医医院）105701中医内科学34肿瘤的临床研究(017苏州附属医院（苏州市中医医院）)徐*怡0缺考20263300039017苏州附属医院（苏州市中医医院）105701中医内科学35肾脏病的临床研究(017苏州附属医院（苏州市中医医院）)李*硕0缺考20263300582017苏州附属医院（苏州市中医医院）105701中医内科学35肾脏病的临床研究(017苏州附属医院（苏州市中医医院）)唐*0缺考预推免考核表报名号申请院系所号及名称申请专业代码及名称申请研究方向研究方向考生姓名复试总成绩考核结果备注20263300437017苏州附属医院（苏州市中医医院）105701中医内科学36内分泌疾病的临床研究(017苏州附属医院（苏州市中医医院）)崔*怡0缺考20263300133017苏州附属医院（苏州市中医医院）105701中医内科学36内分泌疾病的临床研究(017苏州附属医院（苏州市中医医院）)马*苇0缺考20263300535017苏州附属医院（苏州市中医医院）105701中医内科学36内分泌疾病的临床研究(017苏州附属医院（苏州市中医医院）)何*婷0缺考20263300111017苏州附属医院（苏州市中医医院）105702中医外科学09肛肠外科疾病的临床研究(017苏州附属医院（苏州市中医医院）)蒋*宸92.2考核通过20263300629017苏州附属医院（苏州市中医医院）105702中医外科学09肛肠外科疾病的临床研究(017苏州附属医院（苏州市中医医院）)张*妍72.6考核通过20263300609017苏州附属医院（苏州市中医医院）105702中医外科学09肛肠外科疾病的临床研究(017苏州附属医院（苏州市中医医院）)丁*70.6考核通过20263300448017苏州附属医院（苏州市中医医院）105702中医外科学09肛肠外科疾病的临床研究(017苏州附属医院（苏州市中医医院）)谢*50.8考核未通过20263300271017苏州附属医院（苏州市中医医院）105702中医外科学09肛肠外科疾病的临床研究(017苏州附属医院（苏州市中医医院）)吴*诺0缺考20263300878017苏州附属医院（苏州市中医医院）105703中医骨伤科学05中医骨伤科疾病的临床研究(017苏州附属医院（苏州市中医医院）)吴*科74.4考核通过20263300183017苏州附属医院（苏州市中医医院）105703中医骨伤科学05中医骨伤科疾病的临床研究(017苏州附属医院（苏州市中医医院）)郭*旋68考核通过20263300310017苏州附属医院（苏州市中医医院）105703中医骨伤科学05中医骨伤科疾病的临床研究(017苏州附属医院（苏州市中医医院）)孙*桐67考核通过20263300253017苏州附属医院（苏州市中医医院）105703中医骨伤科学05中医骨伤科疾病的临床研究(017苏州附属医院（苏州市中医医院）)邹*悦58.2考核未通过20263300946017苏州附属医院（苏州市中医医院）105703中医骨伤科学05中医骨伤科疾病的临床研究(017苏州附属医院（苏州市中医医院）)胡*轩0缺考20263300735017苏州附属医院（苏州市中医医院）105703中医骨伤科学05中医骨伤科疾病的临床研究(017苏州附属医院（苏州市中医医院）)徐*瑶0缺考20263300076017苏州附属医院（苏州市中医医院）105704中医妇科学04中医妇科疾病的临床研究(017苏州附属医院（苏州市中医医院）)夏*瑶67.8考核通过</w:t>
      </w:r>
    </w:p>
    <w:p>
      <w:pPr>
        <w:spacing w:after="80" w:lineRule="auto" w:line="360"/>
        <w:ind w:firstLine="482"/>
        <w:jc w:val="both"/>
      </w:pPr>
      <w:r>
        <w:rPr>
          <w:rFonts w:ascii="Times New Roman" w:hAnsi="Times New Roman" w:eastAsia="宋体"/>
          <w:b w:val="0"/>
          <w:sz w:val="24"/>
        </w:rPr>
        <w:t>本表为苏州附属医院（苏州市中医医院）预推免考核结果，共涉及 4 个专业：中医内科学（105701）、中医外科学（105702）、中医骨伤科学（105703）、中医妇科学（105704）。考核结果分为“考核通过”“考核未通过”“缺考”三类，复试总成绩以百分制计分。</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一、中医内科学（105701）</w:t>
      </w:r>
    </w:p>
    <w:p>
      <w:pPr>
        <w:spacing w:after="80" w:lineRule="auto" w:line="360"/>
        <w:ind w:firstLine="482"/>
        <w:jc w:val="both"/>
      </w:pPr>
      <w:r>
        <w:rPr>
          <w:rFonts w:ascii="Times New Roman" w:hAnsi="Times New Roman" w:eastAsia="宋体"/>
          <w:b w:val="0"/>
          <w:sz w:val="24"/>
        </w:rPr>
        <w:t>1. 本专业共 42 人，其中考核通过 23 人、考核未通过 5 人、缺考 14 人。</w:t>
      </w:r>
    </w:p>
    <w:p>
      <w:pPr>
        <w:spacing w:after="80" w:lineRule="auto" w:line="360"/>
        <w:ind w:firstLine="482"/>
        <w:jc w:val="both"/>
      </w:pPr>
      <w:r>
        <w:rPr>
          <w:rFonts w:ascii="Times New Roman" w:hAnsi="Times New Roman" w:eastAsia="宋体"/>
          <w:b w:val="0"/>
          <w:sz w:val="24"/>
        </w:rPr>
        <w:t>2. 研究方向包括：31 风湿病的临床研究、32 心血管病的临床研究、33 脾胃病的临床研究、34 肿瘤的临床研究、35 肾脏病的临床研究、36 内分泌疾病的临床研究。</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报名号</w:t>
            </w:r>
          </w:p>
        </w:tc>
        <w:tc>
          <w:tcPr>
            <w:tcW w:type="dxa" w:w="1079"/>
          </w:tcPr>
          <w:p>
            <w:pPr>
              <w:spacing w:after="20" w:before="20"/>
            </w:pPr>
            <w:r/>
            <w:r>
              <w:rPr>
                <w:rFonts w:ascii="Times New Roman" w:hAnsi="Times New Roman" w:eastAsia="宋体"/>
                <w:b/>
                <w:sz w:val="21"/>
              </w:rPr>
              <w:t>申请院系所号及名称</w:t>
            </w:r>
          </w:p>
        </w:tc>
        <w:tc>
          <w:tcPr>
            <w:tcW w:type="dxa" w:w="1079"/>
          </w:tcPr>
          <w:p>
            <w:pPr>
              <w:spacing w:after="20" w:before="20"/>
            </w:pPr>
            <w:r/>
            <w:r>
              <w:rPr>
                <w:rFonts w:ascii="Times New Roman" w:hAnsi="Times New Roman" w:eastAsia="宋体"/>
                <w:b/>
                <w:sz w:val="21"/>
              </w:rPr>
              <w:t>申请专业代码及名称</w:t>
            </w:r>
          </w:p>
        </w:tc>
        <w:tc>
          <w:tcPr>
            <w:tcW w:type="dxa" w:w="1079"/>
          </w:tcPr>
          <w:p>
            <w:pPr>
              <w:spacing w:after="20" w:before="20"/>
            </w:pPr>
            <w:r/>
            <w:r>
              <w:rPr>
                <w:rFonts w:ascii="Times New Roman" w:hAnsi="Times New Roman" w:eastAsia="宋体"/>
                <w:b/>
                <w:sz w:val="21"/>
              </w:rPr>
              <w:t>申请研究方向</w:t>
            </w:r>
          </w:p>
        </w:tc>
        <w:tc>
          <w:tcPr>
            <w:tcW w:type="dxa" w:w="1079"/>
          </w:tcPr>
          <w:p>
            <w:pPr>
              <w:spacing w:after="20" w:before="20"/>
            </w:pPr>
            <w:r/>
            <w:r>
              <w:rPr>
                <w:rFonts w:ascii="Times New Roman" w:hAnsi="Times New Roman" w:eastAsia="宋体"/>
                <w:b/>
                <w:sz w:val="21"/>
              </w:rPr>
              <w:t>考生姓名</w:t>
            </w:r>
          </w:p>
        </w:tc>
        <w:tc>
          <w:tcPr>
            <w:tcW w:type="dxa" w:w="1079"/>
          </w:tcPr>
          <w:p>
            <w:pPr>
              <w:spacing w:after="20" w:before="20"/>
            </w:pPr>
            <w:r/>
            <w:r>
              <w:rPr>
                <w:rFonts w:ascii="Times New Roman" w:hAnsi="Times New Roman" w:eastAsia="宋体"/>
                <w:b/>
                <w:sz w:val="21"/>
              </w:rPr>
              <w:t>复试总成绩</w:t>
            </w:r>
          </w:p>
        </w:tc>
        <w:tc>
          <w:tcPr>
            <w:tcW w:type="dxa" w:w="1079"/>
          </w:tcPr>
          <w:p>
            <w:pPr>
              <w:spacing w:after="20" w:before="20"/>
            </w:pPr>
            <w:r/>
            <w:r>
              <w:rPr>
                <w:rFonts w:ascii="Times New Roman" w:hAnsi="Times New Roman" w:eastAsia="宋体"/>
                <w:b/>
                <w:sz w:val="21"/>
              </w:rPr>
              <w:t>考核结果</w:t>
            </w:r>
          </w:p>
        </w:tc>
        <w:tc>
          <w:tcPr>
            <w:tcW w:type="dxa" w:w="1079"/>
          </w:tcPr>
          <w:p>
            <w:pPr>
              <w:spacing w:after="20" w:before="20"/>
            </w:pPr>
            <w:r/>
            <w:r>
              <w:rPr>
                <w:rFonts w:ascii="Times New Roman" w:hAnsi="Times New Roman" w:eastAsia="宋体"/>
                <w:b/>
                <w:sz w:val="21"/>
              </w:rPr>
              <w:t>备注</w:t>
            </w:r>
          </w:p>
        </w:tc>
      </w:tr>
      <w:tr>
        <w:tc>
          <w:tcPr>
            <w:tcW w:type="dxa" w:w="1079"/>
          </w:tcPr>
          <w:p>
            <w:pPr>
              <w:spacing w:after="20" w:before="20"/>
            </w:pPr>
            <w:r/>
            <w:r>
              <w:rPr>
                <w:rFonts w:ascii="Times New Roman" w:hAnsi="Times New Roman" w:eastAsia="宋体"/>
                <w:b w:val="0"/>
                <w:sz w:val="21"/>
              </w:rPr>
              <w:t>2026330013</w:t>
            </w:r>
          </w:p>
        </w:tc>
        <w:tc>
          <w:tcPr>
            <w:tcW w:type="dxa" w:w="1079"/>
          </w:tcPr>
          <w:p>
            <w:pPr>
              <w:spacing w:after="20" w:before="20"/>
            </w:pPr>
            <w:r/>
            <w:r>
              <w:rPr>
                <w:rFonts w:ascii="Times New Roman" w:hAnsi="Times New Roman" w:eastAsia="宋体"/>
                <w:b w:val="0"/>
                <w:sz w:val="21"/>
              </w:rPr>
              <w:t>5017苏州附属医院（苏州市中医医院）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高*</w:t>
            </w:r>
          </w:p>
        </w:tc>
        <w:tc>
          <w:tcPr>
            <w:tcW w:type="dxa" w:w="1079"/>
          </w:tcPr>
          <w:p>
            <w:pPr>
              <w:spacing w:after="20" w:before="20"/>
            </w:pPr>
            <w:r/>
            <w:r>
              <w:rPr>
                <w:rFonts w:ascii="Times New Roman" w:hAnsi="Times New Roman" w:eastAsia="宋体"/>
                <w:b w:val="0"/>
                <w:sz w:val="21"/>
              </w:rPr>
              <w:t>88.6</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2026330028</w:t>
            </w:r>
          </w:p>
        </w:tc>
        <w:tc>
          <w:tcPr>
            <w:tcW w:type="dxa" w:w="1079"/>
          </w:tcPr>
          <w:p>
            <w:pPr>
              <w:spacing w:after="20" w:before="20"/>
            </w:pPr>
            <w:r/>
            <w:r>
              <w:rPr>
                <w:rFonts w:ascii="Times New Roman" w:hAnsi="Times New Roman" w:eastAsia="宋体"/>
                <w:b w:val="0"/>
                <w:sz w:val="21"/>
              </w:rPr>
              <w:t>5017苏州附属医院（苏州市中医医院）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周*秋</w:t>
            </w:r>
          </w:p>
        </w:tc>
        <w:tc>
          <w:tcPr>
            <w:tcW w:type="dxa" w:w="1079"/>
          </w:tcPr>
          <w:p>
            <w:pPr>
              <w:spacing w:after="20" w:before="20"/>
            </w:pPr>
            <w:r/>
            <w:r>
              <w:rPr>
                <w:rFonts w:ascii="Times New Roman" w:hAnsi="Times New Roman" w:eastAsia="宋体"/>
                <w:b w:val="0"/>
                <w:sz w:val="21"/>
              </w:rPr>
              <w:t>86</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2026330011</w:t>
            </w:r>
          </w:p>
        </w:tc>
        <w:tc>
          <w:tcPr>
            <w:tcW w:type="dxa" w:w="1079"/>
          </w:tcPr>
          <w:p>
            <w:pPr>
              <w:spacing w:after="20" w:before="20"/>
            </w:pPr>
            <w:r/>
            <w:r>
              <w:rPr>
                <w:rFonts w:ascii="Times New Roman" w:hAnsi="Times New Roman" w:eastAsia="宋体"/>
                <w:b w:val="0"/>
                <w:sz w:val="21"/>
              </w:rPr>
              <w:t>2017苏州附属医院（苏州市中医医院）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杨*榕</w:t>
            </w:r>
          </w:p>
        </w:tc>
        <w:tc>
          <w:tcPr>
            <w:tcW w:type="dxa" w:w="1079"/>
          </w:tcPr>
          <w:p>
            <w:pPr>
              <w:spacing w:after="20" w:before="20"/>
            </w:pPr>
            <w:r/>
            <w:r>
              <w:rPr>
                <w:rFonts w:ascii="Times New Roman" w:hAnsi="Times New Roman" w:eastAsia="宋体"/>
                <w:b w:val="0"/>
                <w:sz w:val="21"/>
              </w:rPr>
              <w:t>84.2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2026330019</w:t>
            </w:r>
          </w:p>
        </w:tc>
        <w:tc>
          <w:tcPr>
            <w:tcW w:type="dxa" w:w="1079"/>
          </w:tcPr>
          <w:p>
            <w:pPr>
              <w:spacing w:after="20" w:before="20"/>
            </w:pPr>
            <w:r/>
            <w:r>
              <w:rPr>
                <w:rFonts w:ascii="Times New Roman" w:hAnsi="Times New Roman" w:eastAsia="宋体"/>
                <w:b w:val="0"/>
                <w:sz w:val="21"/>
              </w:rPr>
              <w:t>4017苏州附属医院（苏州市中医医院）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钱*怡</w:t>
            </w:r>
          </w:p>
        </w:tc>
        <w:tc>
          <w:tcPr>
            <w:tcW w:type="dxa" w:w="1079"/>
          </w:tcPr>
          <w:p>
            <w:pPr>
              <w:spacing w:after="20" w:before="20"/>
            </w:pPr>
            <w:r/>
            <w:r>
              <w:rPr>
                <w:rFonts w:ascii="Times New Roman" w:hAnsi="Times New Roman" w:eastAsia="宋体"/>
                <w:b w:val="0"/>
                <w:sz w:val="21"/>
              </w:rPr>
              <w:t>83.2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2026330060</w:t>
            </w:r>
          </w:p>
        </w:tc>
        <w:tc>
          <w:tcPr>
            <w:tcW w:type="dxa" w:w="1079"/>
          </w:tcPr>
          <w:p>
            <w:pPr>
              <w:spacing w:after="20" w:before="20"/>
            </w:pPr>
            <w:r/>
            <w:r>
              <w:rPr>
                <w:rFonts w:ascii="Times New Roman" w:hAnsi="Times New Roman" w:eastAsia="宋体"/>
                <w:b w:val="0"/>
                <w:sz w:val="21"/>
              </w:rPr>
              <w:t>8017苏州附属医院（苏州市中医医院）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31风湿病的临床研究(017苏州附属医院（苏州市中医医院）)</w:t>
            </w:r>
          </w:p>
        </w:tc>
        <w:tc>
          <w:tcPr>
            <w:tcW w:type="dxa" w:w="1079"/>
          </w:tcPr>
          <w:p>
            <w:pPr>
              <w:spacing w:after="20" w:before="20"/>
            </w:pPr>
            <w:r/>
            <w:r>
              <w:rPr>
                <w:rFonts w:ascii="Times New Roman" w:hAnsi="Times New Roman" w:eastAsia="宋体"/>
                <w:b w:val="0"/>
                <w:sz w:val="21"/>
              </w:rPr>
              <w:t>陈*康</w:t>
            </w:r>
          </w:p>
        </w:tc>
        <w:tc>
          <w:tcPr>
            <w:tcW w:type="dxa" w:w="1079"/>
          </w:tcPr>
          <w:p>
            <w:pPr>
              <w:spacing w:after="20" w:before="20"/>
            </w:pPr>
            <w:r/>
            <w:r>
              <w:rPr>
                <w:rFonts w:ascii="Times New Roman" w:hAnsi="Times New Roman" w:eastAsia="宋体"/>
                <w:b w:val="0"/>
                <w:sz w:val="21"/>
              </w:rPr>
              <w:t>80.8</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2026330095</w:t>
            </w:r>
          </w:p>
        </w:tc>
        <w:tc>
          <w:tcPr>
            <w:tcW w:type="dxa" w:w="1079"/>
          </w:tcPr>
          <w:p>
            <w:pPr>
              <w:spacing w:after="20" w:before="20"/>
            </w:pPr>
            <w:r/>
            <w:r>
              <w:rPr>
                <w:rFonts w:ascii="Times New Roman" w:hAnsi="Times New Roman" w:eastAsia="宋体"/>
                <w:b w:val="0"/>
                <w:sz w:val="21"/>
              </w:rPr>
              <w:t>9017苏州附属医院（苏州市中医医院）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刘*可</w:t>
            </w:r>
          </w:p>
        </w:tc>
        <w:tc>
          <w:tcPr>
            <w:tcW w:type="dxa" w:w="1079"/>
          </w:tcPr>
          <w:p>
            <w:pPr>
              <w:spacing w:after="20" w:before="20"/>
            </w:pPr>
            <w:r/>
            <w:r>
              <w:rPr>
                <w:rFonts w:ascii="Times New Roman" w:hAnsi="Times New Roman" w:eastAsia="宋体"/>
                <w:b w:val="0"/>
                <w:sz w:val="21"/>
              </w:rPr>
              <w:t>78</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2026330077</w:t>
            </w:r>
          </w:p>
        </w:tc>
        <w:tc>
          <w:tcPr>
            <w:tcW w:type="dxa" w:w="1079"/>
          </w:tcPr>
          <w:p>
            <w:pPr>
              <w:spacing w:after="20" w:before="20"/>
            </w:pPr>
            <w:r/>
            <w:r>
              <w:rPr>
                <w:rFonts w:ascii="Times New Roman" w:hAnsi="Times New Roman" w:eastAsia="宋体"/>
                <w:b w:val="0"/>
                <w:sz w:val="21"/>
              </w:rPr>
              <w:t>0017苏州附属医院（苏州市中医医院）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34肿瘤的临床研究(017苏州附属医院（苏州市中医医院）)</w:t>
            </w:r>
          </w:p>
        </w:tc>
        <w:tc>
          <w:tcPr>
            <w:tcW w:type="dxa" w:w="1079"/>
          </w:tcPr>
          <w:p>
            <w:pPr>
              <w:spacing w:after="20" w:before="20"/>
            </w:pPr>
            <w:r/>
            <w:r>
              <w:rPr>
                <w:rFonts w:ascii="Times New Roman" w:hAnsi="Times New Roman" w:eastAsia="宋体"/>
                <w:b w:val="0"/>
                <w:sz w:val="21"/>
              </w:rPr>
              <w:t>汪*</w:t>
            </w:r>
          </w:p>
        </w:tc>
        <w:tc>
          <w:tcPr>
            <w:tcW w:type="dxa" w:w="1079"/>
          </w:tcPr>
          <w:p>
            <w:pPr>
              <w:spacing w:after="20" w:before="20"/>
            </w:pPr>
            <w:r/>
            <w:r>
              <w:rPr>
                <w:rFonts w:ascii="Times New Roman" w:hAnsi="Times New Roman" w:eastAsia="宋体"/>
                <w:b w:val="0"/>
                <w:sz w:val="21"/>
              </w:rPr>
              <w:t>76.6</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2026330064</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周*婷</w:t>
            </w:r>
          </w:p>
        </w:tc>
        <w:tc>
          <w:tcPr>
            <w:tcW w:type="dxa" w:w="1079"/>
          </w:tcPr>
          <w:p>
            <w:pPr>
              <w:spacing w:after="20" w:before="20"/>
            </w:pPr>
            <w:r/>
            <w:r>
              <w:rPr>
                <w:rFonts w:ascii="Times New Roman" w:hAnsi="Times New Roman" w:eastAsia="宋体"/>
                <w:b w:val="0"/>
                <w:sz w:val="21"/>
              </w:rPr>
              <w:t>73.4</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2026330078</w:t>
            </w:r>
          </w:p>
        </w:tc>
        <w:tc>
          <w:tcPr>
            <w:tcW w:type="dxa" w:w="1079"/>
          </w:tcPr>
          <w:p>
            <w:pPr>
              <w:spacing w:after="20" w:before="20"/>
            </w:pPr>
            <w:r/>
            <w:r>
              <w:rPr>
                <w:rFonts w:ascii="Times New Roman" w:hAnsi="Times New Roman" w:eastAsia="宋体"/>
                <w:b w:val="0"/>
                <w:sz w:val="21"/>
              </w:rPr>
              <w:t>8017苏州附属医院（苏州市中医医院）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翟*伟</w:t>
            </w:r>
          </w:p>
        </w:tc>
        <w:tc>
          <w:tcPr>
            <w:tcW w:type="dxa" w:w="1079"/>
          </w:tcPr>
          <w:p>
            <w:pPr>
              <w:spacing w:after="20" w:before="20"/>
            </w:pPr>
            <w:r/>
            <w:r>
              <w:rPr>
                <w:rFonts w:ascii="Times New Roman" w:hAnsi="Times New Roman" w:eastAsia="宋体"/>
                <w:b w:val="0"/>
                <w:sz w:val="21"/>
              </w:rPr>
              <w:t>73</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2026330056</w:t>
            </w:r>
          </w:p>
        </w:tc>
        <w:tc>
          <w:tcPr>
            <w:tcW w:type="dxa" w:w="1079"/>
          </w:tcPr>
          <w:p>
            <w:pPr>
              <w:spacing w:after="20" w:before="20"/>
            </w:pPr>
            <w:r/>
            <w:r>
              <w:rPr>
                <w:rFonts w:ascii="Times New Roman" w:hAnsi="Times New Roman" w:eastAsia="宋体"/>
                <w:b w:val="0"/>
                <w:sz w:val="21"/>
              </w:rPr>
              <w:t>7017苏州附属医院（苏州市中医医院）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赵*迪</w:t>
            </w:r>
          </w:p>
        </w:tc>
        <w:tc>
          <w:tcPr>
            <w:tcW w:type="dxa" w:w="1079"/>
          </w:tcPr>
          <w:p>
            <w:pPr>
              <w:spacing w:after="20" w:before="20"/>
            </w:pPr>
            <w:r/>
            <w:r>
              <w:rPr>
                <w:rFonts w:ascii="Times New Roman" w:hAnsi="Times New Roman" w:eastAsia="宋体"/>
                <w:b w:val="0"/>
                <w:sz w:val="21"/>
              </w:rPr>
              <w:t>72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2026330012</w:t>
            </w:r>
          </w:p>
        </w:tc>
        <w:tc>
          <w:tcPr>
            <w:tcW w:type="dxa" w:w="1079"/>
          </w:tcPr>
          <w:p>
            <w:pPr>
              <w:spacing w:after="20" w:before="20"/>
            </w:pPr>
            <w:r/>
            <w:r>
              <w:rPr>
                <w:rFonts w:ascii="Times New Roman" w:hAnsi="Times New Roman" w:eastAsia="宋体"/>
                <w:b w:val="0"/>
                <w:sz w:val="21"/>
              </w:rPr>
              <w:t>0017苏州附属医院（苏州市中医医院）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颜*龙</w:t>
            </w:r>
          </w:p>
        </w:tc>
        <w:tc>
          <w:tcPr>
            <w:tcW w:type="dxa" w:w="1079"/>
          </w:tcPr>
          <w:p>
            <w:pPr>
              <w:spacing w:after="20" w:before="20"/>
            </w:pPr>
            <w:r/>
            <w:r>
              <w:rPr>
                <w:rFonts w:ascii="Times New Roman" w:hAnsi="Times New Roman" w:eastAsia="宋体"/>
                <w:b w:val="0"/>
                <w:sz w:val="21"/>
              </w:rPr>
              <w:t>69.2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2026330087</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苏*哲</w:t>
            </w:r>
          </w:p>
        </w:tc>
        <w:tc>
          <w:tcPr>
            <w:tcW w:type="dxa" w:w="1079"/>
          </w:tcPr>
          <w:p>
            <w:pPr>
              <w:spacing w:after="20" w:before="20"/>
            </w:pPr>
            <w:r/>
            <w:r>
              <w:rPr>
                <w:rFonts w:ascii="Times New Roman" w:hAnsi="Times New Roman" w:eastAsia="宋体"/>
                <w:b w:val="0"/>
                <w:sz w:val="21"/>
              </w:rPr>
              <w:t>67.4</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2026330013</w:t>
            </w:r>
          </w:p>
        </w:tc>
        <w:tc>
          <w:tcPr>
            <w:tcW w:type="dxa" w:w="1079"/>
          </w:tcPr>
          <w:p>
            <w:pPr>
              <w:spacing w:after="20" w:before="20"/>
            </w:pPr>
            <w:r/>
            <w:r>
              <w:rPr>
                <w:rFonts w:ascii="Times New Roman" w:hAnsi="Times New Roman" w:eastAsia="宋体"/>
                <w:b w:val="0"/>
                <w:sz w:val="21"/>
              </w:rPr>
              <w:t>2017苏州附属医院（苏州市中医医院）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张*田</w:t>
            </w:r>
          </w:p>
        </w:tc>
        <w:tc>
          <w:tcPr>
            <w:tcW w:type="dxa" w:w="1079"/>
          </w:tcPr>
          <w:p>
            <w:pPr>
              <w:spacing w:after="20" w:before="20"/>
            </w:pPr>
            <w:r/>
            <w:r>
              <w:rPr>
                <w:rFonts w:ascii="Times New Roman" w:hAnsi="Times New Roman" w:eastAsia="宋体"/>
                <w:b w:val="0"/>
                <w:sz w:val="21"/>
              </w:rPr>
              <w:t>66.2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2026330021</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薛*文</w:t>
            </w:r>
          </w:p>
        </w:tc>
        <w:tc>
          <w:tcPr>
            <w:tcW w:type="dxa" w:w="1079"/>
          </w:tcPr>
          <w:p>
            <w:pPr>
              <w:spacing w:after="20" w:before="20"/>
            </w:pPr>
            <w:r/>
            <w:r>
              <w:rPr>
                <w:rFonts w:ascii="Times New Roman" w:hAnsi="Times New Roman" w:eastAsia="宋体"/>
                <w:b w:val="0"/>
                <w:sz w:val="21"/>
              </w:rPr>
              <w:t>66.2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2026330000</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32心血管病的临床研究(017苏州附属医院（苏州市中医医院）)</w:t>
            </w:r>
          </w:p>
        </w:tc>
        <w:tc>
          <w:tcPr>
            <w:tcW w:type="dxa" w:w="1079"/>
          </w:tcPr>
          <w:p>
            <w:pPr>
              <w:spacing w:after="20" w:before="20"/>
            </w:pPr>
            <w:r/>
            <w:r>
              <w:rPr>
                <w:rFonts w:ascii="Times New Roman" w:hAnsi="Times New Roman" w:eastAsia="宋体"/>
                <w:b w:val="0"/>
                <w:sz w:val="21"/>
              </w:rPr>
              <w:t>南*妍</w:t>
            </w:r>
          </w:p>
        </w:tc>
        <w:tc>
          <w:tcPr>
            <w:tcW w:type="dxa" w:w="1079"/>
          </w:tcPr>
          <w:p>
            <w:pPr>
              <w:spacing w:after="20" w:before="20"/>
            </w:pPr>
            <w:r/>
            <w:r>
              <w:rPr>
                <w:rFonts w:ascii="Times New Roman" w:hAnsi="Times New Roman" w:eastAsia="宋体"/>
                <w:b w:val="0"/>
                <w:sz w:val="21"/>
              </w:rPr>
              <w:t>65</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2026330033</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陈*琰</w:t>
            </w:r>
          </w:p>
        </w:tc>
        <w:tc>
          <w:tcPr>
            <w:tcW w:type="dxa" w:w="1079"/>
          </w:tcPr>
          <w:p>
            <w:pPr>
              <w:spacing w:after="20" w:before="20"/>
            </w:pPr>
            <w:r/>
            <w:r>
              <w:rPr>
                <w:rFonts w:ascii="Times New Roman" w:hAnsi="Times New Roman" w:eastAsia="宋体"/>
                <w:b w:val="0"/>
                <w:sz w:val="21"/>
              </w:rPr>
              <w:t>64.6</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2026330005</w:t>
            </w:r>
          </w:p>
        </w:tc>
        <w:tc>
          <w:tcPr>
            <w:tcW w:type="dxa" w:w="1079"/>
          </w:tcPr>
          <w:p>
            <w:pPr>
              <w:spacing w:after="20" w:before="20"/>
            </w:pPr>
            <w:r/>
            <w:r>
              <w:rPr>
                <w:rFonts w:ascii="Times New Roman" w:hAnsi="Times New Roman" w:eastAsia="宋体"/>
                <w:b w:val="0"/>
                <w:sz w:val="21"/>
              </w:rPr>
              <w:t>1017苏州附属医院（苏州市中医医院）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李*</w:t>
            </w:r>
          </w:p>
        </w:tc>
        <w:tc>
          <w:tcPr>
            <w:tcW w:type="dxa" w:w="1079"/>
          </w:tcPr>
          <w:p>
            <w:pPr>
              <w:spacing w:after="20" w:before="20"/>
            </w:pPr>
            <w:r/>
            <w:r>
              <w:rPr>
                <w:rFonts w:ascii="Times New Roman" w:hAnsi="Times New Roman" w:eastAsia="宋体"/>
                <w:b w:val="0"/>
                <w:sz w:val="21"/>
              </w:rPr>
              <w:t>63.8</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2026330059</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武*儒</w:t>
            </w:r>
          </w:p>
        </w:tc>
        <w:tc>
          <w:tcPr>
            <w:tcW w:type="dxa" w:w="1079"/>
          </w:tcPr>
          <w:p>
            <w:pPr>
              <w:spacing w:after="20" w:before="20"/>
            </w:pPr>
            <w:r/>
            <w:r>
              <w:rPr>
                <w:rFonts w:ascii="Times New Roman" w:hAnsi="Times New Roman" w:eastAsia="宋体"/>
                <w:b w:val="0"/>
                <w:sz w:val="21"/>
              </w:rPr>
              <w:t>63.4</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2026330020</w:t>
            </w:r>
          </w:p>
        </w:tc>
        <w:tc>
          <w:tcPr>
            <w:tcW w:type="dxa" w:w="1079"/>
          </w:tcPr>
          <w:p>
            <w:pPr>
              <w:spacing w:after="20" w:before="20"/>
            </w:pPr>
            <w:r/>
            <w:r>
              <w:rPr>
                <w:rFonts w:ascii="Times New Roman" w:hAnsi="Times New Roman" w:eastAsia="宋体"/>
                <w:b w:val="0"/>
                <w:sz w:val="21"/>
              </w:rPr>
              <w:t>4017苏州附属医院（苏州市中医医院）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吕*雨</w:t>
            </w:r>
          </w:p>
        </w:tc>
        <w:tc>
          <w:tcPr>
            <w:tcW w:type="dxa" w:w="1079"/>
          </w:tcPr>
          <w:p>
            <w:pPr>
              <w:spacing w:after="20" w:before="20"/>
            </w:pPr>
            <w:r/>
            <w:r>
              <w:rPr>
                <w:rFonts w:ascii="Times New Roman" w:hAnsi="Times New Roman" w:eastAsia="宋体"/>
                <w:b w:val="0"/>
                <w:sz w:val="21"/>
              </w:rPr>
              <w:t>63.4</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2026330028</w:t>
            </w:r>
          </w:p>
        </w:tc>
        <w:tc>
          <w:tcPr>
            <w:tcW w:type="dxa" w:w="1079"/>
          </w:tcPr>
          <w:p>
            <w:pPr>
              <w:spacing w:after="20" w:before="20"/>
            </w:pPr>
            <w:r/>
            <w:r>
              <w:rPr>
                <w:rFonts w:ascii="Times New Roman" w:hAnsi="Times New Roman" w:eastAsia="宋体"/>
                <w:b w:val="0"/>
                <w:sz w:val="21"/>
              </w:rPr>
              <w:t>7017苏州附属医院（苏州市中医医院）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秦*慧</w:t>
            </w:r>
          </w:p>
        </w:tc>
        <w:tc>
          <w:tcPr>
            <w:tcW w:type="dxa" w:w="1079"/>
          </w:tcPr>
          <w:p>
            <w:pPr>
              <w:spacing w:after="20" w:before="20"/>
            </w:pPr>
            <w:r/>
            <w:r>
              <w:rPr>
                <w:rFonts w:ascii="Times New Roman" w:hAnsi="Times New Roman" w:eastAsia="宋体"/>
                <w:b w:val="0"/>
                <w:sz w:val="21"/>
              </w:rPr>
              <w:t>62.8</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2026330047</w:t>
            </w:r>
          </w:p>
        </w:tc>
        <w:tc>
          <w:tcPr>
            <w:tcW w:type="dxa" w:w="1079"/>
          </w:tcPr>
          <w:p>
            <w:pPr>
              <w:spacing w:after="20" w:before="20"/>
            </w:pPr>
            <w:r/>
            <w:r>
              <w:rPr>
                <w:rFonts w:ascii="Times New Roman" w:hAnsi="Times New Roman" w:eastAsia="宋体"/>
                <w:b w:val="0"/>
                <w:sz w:val="21"/>
              </w:rPr>
              <w:t>2017苏州附属医院（苏州市中医医院）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杨*</w:t>
            </w:r>
          </w:p>
        </w:tc>
        <w:tc>
          <w:tcPr>
            <w:tcW w:type="dxa" w:w="1079"/>
          </w:tcPr>
          <w:p>
            <w:pPr>
              <w:spacing w:after="20" w:before="20"/>
            </w:pPr>
            <w:r/>
            <w:r>
              <w:rPr>
                <w:rFonts w:ascii="Times New Roman" w:hAnsi="Times New Roman" w:eastAsia="宋体"/>
                <w:b w:val="0"/>
                <w:sz w:val="21"/>
              </w:rPr>
              <w:t>61.2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2026330013</w:t>
            </w:r>
          </w:p>
        </w:tc>
        <w:tc>
          <w:tcPr>
            <w:tcW w:type="dxa" w:w="1079"/>
          </w:tcPr>
          <w:p>
            <w:pPr>
              <w:spacing w:after="20" w:before="20"/>
            </w:pPr>
            <w:r/>
            <w:r>
              <w:rPr>
                <w:rFonts w:ascii="Times New Roman" w:hAnsi="Times New Roman" w:eastAsia="宋体"/>
                <w:b w:val="0"/>
                <w:sz w:val="21"/>
              </w:rPr>
              <w:t>0017苏州附属医院（苏州市中医医院）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31风湿病的临床研究(017苏州附属医院（苏州市中医医院）)</w:t>
            </w:r>
          </w:p>
        </w:tc>
        <w:tc>
          <w:tcPr>
            <w:tcW w:type="dxa" w:w="1079"/>
          </w:tcPr>
          <w:p>
            <w:pPr>
              <w:spacing w:after="20" w:before="20"/>
            </w:pPr>
            <w:r/>
            <w:r>
              <w:rPr>
                <w:rFonts w:ascii="Times New Roman" w:hAnsi="Times New Roman" w:eastAsia="宋体"/>
                <w:b w:val="0"/>
                <w:sz w:val="21"/>
              </w:rPr>
              <w:t>李*</w:t>
            </w:r>
          </w:p>
        </w:tc>
        <w:tc>
          <w:tcPr>
            <w:tcW w:type="dxa" w:w="1079"/>
          </w:tcPr>
          <w:p>
            <w:pPr>
              <w:spacing w:after="20" w:before="20"/>
            </w:pPr>
            <w:r/>
            <w:r>
              <w:rPr>
                <w:rFonts w:ascii="Times New Roman" w:hAnsi="Times New Roman" w:eastAsia="宋体"/>
                <w:b w:val="0"/>
                <w:sz w:val="21"/>
              </w:rPr>
              <w:t>60.4</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2026330004</w:t>
            </w:r>
          </w:p>
        </w:tc>
        <w:tc>
          <w:tcPr>
            <w:tcW w:type="dxa" w:w="1079"/>
          </w:tcPr>
          <w:p>
            <w:pPr>
              <w:spacing w:after="20" w:before="20"/>
            </w:pPr>
            <w:r/>
            <w:r>
              <w:rPr>
                <w:rFonts w:ascii="Times New Roman" w:hAnsi="Times New Roman" w:eastAsia="宋体"/>
                <w:b w:val="0"/>
                <w:sz w:val="21"/>
              </w:rPr>
              <w:t>5017苏州附属医院（苏州市中医医院）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王*善</w:t>
            </w:r>
          </w:p>
        </w:tc>
        <w:tc>
          <w:tcPr>
            <w:tcW w:type="dxa" w:w="1079"/>
          </w:tcPr>
          <w:p>
            <w:pPr>
              <w:spacing w:after="20" w:before="20"/>
            </w:pPr>
            <w:r/>
            <w:r>
              <w:rPr>
                <w:rFonts w:ascii="Times New Roman" w:hAnsi="Times New Roman" w:eastAsia="宋体"/>
                <w:b w:val="0"/>
                <w:sz w:val="21"/>
              </w:rPr>
              <w:t>60.2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2026330051</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李*姣</w:t>
            </w:r>
          </w:p>
        </w:tc>
        <w:tc>
          <w:tcPr>
            <w:tcW w:type="dxa" w:w="1079"/>
          </w:tcPr>
          <w:p>
            <w:pPr>
              <w:spacing w:after="20" w:before="20"/>
            </w:pPr>
            <w:r/>
            <w:r>
              <w:rPr>
                <w:rFonts w:ascii="Times New Roman" w:hAnsi="Times New Roman" w:eastAsia="宋体"/>
                <w:b w:val="0"/>
                <w:sz w:val="21"/>
              </w:rPr>
              <w:t>59.4</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2026330021</w:t>
            </w:r>
          </w:p>
        </w:tc>
        <w:tc>
          <w:tcPr>
            <w:tcW w:type="dxa" w:w="1079"/>
          </w:tcPr>
          <w:p>
            <w:pPr>
              <w:spacing w:after="20" w:before="20"/>
            </w:pPr>
            <w:r/>
            <w:r>
              <w:rPr>
                <w:rFonts w:ascii="Times New Roman" w:hAnsi="Times New Roman" w:eastAsia="宋体"/>
                <w:b w:val="0"/>
                <w:sz w:val="21"/>
              </w:rPr>
              <w:t>7017苏州附属医院（苏州市中医医院）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相*培</w:t>
            </w:r>
          </w:p>
        </w:tc>
        <w:tc>
          <w:tcPr>
            <w:tcW w:type="dxa" w:w="1079"/>
          </w:tcPr>
          <w:p>
            <w:pPr>
              <w:spacing w:after="20" w:before="20"/>
            </w:pPr>
            <w:r/>
            <w:r>
              <w:rPr>
                <w:rFonts w:ascii="Times New Roman" w:hAnsi="Times New Roman" w:eastAsia="宋体"/>
                <w:b w:val="0"/>
                <w:sz w:val="21"/>
              </w:rPr>
              <w:t>57.4</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2026330016</w:t>
            </w:r>
          </w:p>
        </w:tc>
        <w:tc>
          <w:tcPr>
            <w:tcW w:type="dxa" w:w="1079"/>
          </w:tcPr>
          <w:p>
            <w:pPr>
              <w:spacing w:after="20" w:before="20"/>
            </w:pPr>
            <w:r/>
            <w:r>
              <w:rPr>
                <w:rFonts w:ascii="Times New Roman" w:hAnsi="Times New Roman" w:eastAsia="宋体"/>
                <w:b w:val="0"/>
                <w:sz w:val="21"/>
              </w:rPr>
              <w:t>7017苏州附属医院（苏州市中医医院）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骆*时</w:t>
            </w:r>
          </w:p>
        </w:tc>
        <w:tc>
          <w:tcPr>
            <w:tcW w:type="dxa" w:w="1079"/>
          </w:tcPr>
          <w:p>
            <w:pPr>
              <w:spacing w:after="20" w:before="20"/>
            </w:pPr>
            <w:r/>
            <w:r>
              <w:rPr>
                <w:rFonts w:ascii="Times New Roman" w:hAnsi="Times New Roman" w:eastAsia="宋体"/>
                <w:b w:val="0"/>
                <w:sz w:val="21"/>
              </w:rPr>
              <w:t>56.4</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2026330026</w:t>
            </w:r>
          </w:p>
        </w:tc>
        <w:tc>
          <w:tcPr>
            <w:tcW w:type="dxa" w:w="1079"/>
          </w:tcPr>
          <w:p>
            <w:pPr>
              <w:spacing w:after="20" w:before="20"/>
            </w:pPr>
            <w:r/>
            <w:r>
              <w:rPr>
                <w:rFonts w:ascii="Times New Roman" w:hAnsi="Times New Roman" w:eastAsia="宋体"/>
                <w:b w:val="0"/>
                <w:sz w:val="21"/>
              </w:rPr>
              <w:t>2017苏州附属医院（苏州市中医医院）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李*宇</w:t>
            </w:r>
          </w:p>
        </w:tc>
        <w:tc>
          <w:tcPr>
            <w:tcW w:type="dxa" w:w="1079"/>
          </w:tcPr>
          <w:p>
            <w:pPr>
              <w:spacing w:after="20" w:before="20"/>
            </w:pPr>
            <w:r/>
            <w:r>
              <w:rPr>
                <w:rFonts w:ascii="Times New Roman" w:hAnsi="Times New Roman" w:eastAsia="宋体"/>
                <w:b w:val="0"/>
                <w:sz w:val="21"/>
              </w:rPr>
              <w:t>56.2</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2026330072</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孙*贤</w:t>
            </w:r>
          </w:p>
        </w:tc>
        <w:tc>
          <w:tcPr>
            <w:tcW w:type="dxa" w:w="1079"/>
          </w:tcPr>
          <w:p>
            <w:pPr>
              <w:spacing w:after="20" w:before="20"/>
            </w:pPr>
            <w:r/>
            <w:r>
              <w:rPr>
                <w:rFonts w:ascii="Times New Roman" w:hAnsi="Times New Roman" w:eastAsia="宋体"/>
                <w:b w:val="0"/>
                <w:sz w:val="21"/>
              </w:rPr>
              <w:t>53.2</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2026330073</w:t>
            </w:r>
          </w:p>
        </w:tc>
        <w:tc>
          <w:tcPr>
            <w:tcW w:type="dxa" w:w="1079"/>
          </w:tcPr>
          <w:p>
            <w:pPr>
              <w:spacing w:after="20" w:before="20"/>
            </w:pPr>
            <w:r/>
            <w:r>
              <w:rPr>
                <w:rFonts w:ascii="Times New Roman" w:hAnsi="Times New Roman" w:eastAsia="宋体"/>
                <w:b w:val="0"/>
                <w:sz w:val="21"/>
              </w:rPr>
              <w:t>7017苏州附属医院（苏州市中医医院）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31风湿病的临床研究(017苏州附属医院（苏州市中医医院）)</w:t>
            </w:r>
          </w:p>
        </w:tc>
        <w:tc>
          <w:tcPr>
            <w:tcW w:type="dxa" w:w="1079"/>
          </w:tcPr>
          <w:p>
            <w:pPr>
              <w:spacing w:after="20" w:before="20"/>
            </w:pPr>
            <w:r/>
            <w:r>
              <w:rPr>
                <w:rFonts w:ascii="Times New Roman" w:hAnsi="Times New Roman" w:eastAsia="宋体"/>
                <w:b w:val="0"/>
                <w:sz w:val="21"/>
              </w:rPr>
              <w:t>李*玥</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2026330101</w:t>
            </w:r>
          </w:p>
        </w:tc>
        <w:tc>
          <w:tcPr>
            <w:tcW w:type="dxa" w:w="1079"/>
          </w:tcPr>
          <w:p>
            <w:pPr>
              <w:spacing w:after="20" w:before="20"/>
            </w:pPr>
            <w:r/>
            <w:r>
              <w:rPr>
                <w:rFonts w:ascii="Times New Roman" w:hAnsi="Times New Roman" w:eastAsia="宋体"/>
                <w:b w:val="0"/>
                <w:sz w:val="21"/>
              </w:rPr>
              <w:t>8017苏州附属医院（苏州市中医医院）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31风湿病的临床研究(017苏州附属医院（苏州市中医医院）)</w:t>
            </w:r>
          </w:p>
        </w:tc>
        <w:tc>
          <w:tcPr>
            <w:tcW w:type="dxa" w:w="1079"/>
          </w:tcPr>
          <w:p>
            <w:pPr>
              <w:spacing w:after="20" w:before="20"/>
            </w:pPr>
            <w:r/>
            <w:r>
              <w:rPr>
                <w:rFonts w:ascii="Times New Roman" w:hAnsi="Times New Roman" w:eastAsia="宋体"/>
                <w:b w:val="0"/>
                <w:sz w:val="21"/>
              </w:rPr>
              <w:t>盛*雨</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2026330068</w:t>
            </w:r>
          </w:p>
        </w:tc>
        <w:tc>
          <w:tcPr>
            <w:tcW w:type="dxa" w:w="1079"/>
          </w:tcPr>
          <w:p>
            <w:pPr>
              <w:spacing w:after="20" w:before="20"/>
            </w:pPr>
            <w:r/>
            <w:r>
              <w:rPr>
                <w:rFonts w:ascii="Times New Roman" w:hAnsi="Times New Roman" w:eastAsia="宋体"/>
                <w:b w:val="0"/>
                <w:sz w:val="21"/>
              </w:rPr>
              <w:t>1017苏州附属医院（苏州市中医医院）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32心血管病的临床研究(017苏州附属医院（苏州市中医医院）)</w:t>
            </w:r>
          </w:p>
        </w:tc>
        <w:tc>
          <w:tcPr>
            <w:tcW w:type="dxa" w:w="1079"/>
          </w:tcPr>
          <w:p>
            <w:pPr>
              <w:spacing w:after="20" w:before="20"/>
            </w:pPr>
            <w:r/>
            <w:r>
              <w:rPr>
                <w:rFonts w:ascii="Times New Roman" w:hAnsi="Times New Roman" w:eastAsia="宋体"/>
                <w:b w:val="0"/>
                <w:sz w:val="21"/>
              </w:rPr>
              <w:t>王*</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2026330052</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张*菲</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2026330072</w:t>
            </w:r>
          </w:p>
        </w:tc>
        <w:tc>
          <w:tcPr>
            <w:tcW w:type="dxa" w:w="1079"/>
          </w:tcPr>
          <w:p>
            <w:pPr>
              <w:spacing w:after="20" w:before="20"/>
            </w:pPr>
            <w:r/>
            <w:r>
              <w:rPr>
                <w:rFonts w:ascii="Times New Roman" w:hAnsi="Times New Roman" w:eastAsia="宋体"/>
                <w:b w:val="0"/>
                <w:sz w:val="21"/>
              </w:rPr>
              <w:t>2017苏州附属医院（苏州市中医医院）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张*</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2026330012</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王*瑛</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2026330100</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胡*阳</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2026330052</w:t>
            </w:r>
          </w:p>
        </w:tc>
        <w:tc>
          <w:tcPr>
            <w:tcW w:type="dxa" w:w="1079"/>
          </w:tcPr>
          <w:p>
            <w:pPr>
              <w:spacing w:after="20" w:before="20"/>
            </w:pPr>
            <w:r/>
            <w:r>
              <w:rPr>
                <w:rFonts w:ascii="Times New Roman" w:hAnsi="Times New Roman" w:eastAsia="宋体"/>
                <w:b w:val="0"/>
                <w:sz w:val="21"/>
              </w:rPr>
              <w:t>8017苏州附属医院（苏州市中医医院）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吕*杨</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2026330040</w:t>
            </w:r>
          </w:p>
        </w:tc>
        <w:tc>
          <w:tcPr>
            <w:tcW w:type="dxa" w:w="1079"/>
          </w:tcPr>
          <w:p>
            <w:pPr>
              <w:spacing w:after="20" w:before="20"/>
            </w:pPr>
            <w:r/>
            <w:r>
              <w:rPr>
                <w:rFonts w:ascii="Times New Roman" w:hAnsi="Times New Roman" w:eastAsia="宋体"/>
                <w:b w:val="0"/>
                <w:sz w:val="21"/>
              </w:rPr>
              <w:t>4017苏州附属医院（苏州市中医医院）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33脾胃病的临床研究(017苏州附属医院（苏州市中医医院）)</w:t>
            </w:r>
          </w:p>
        </w:tc>
        <w:tc>
          <w:tcPr>
            <w:tcW w:type="dxa" w:w="1079"/>
          </w:tcPr>
          <w:p>
            <w:pPr>
              <w:spacing w:after="20" w:before="20"/>
            </w:pPr>
            <w:r/>
            <w:r>
              <w:rPr>
                <w:rFonts w:ascii="Times New Roman" w:hAnsi="Times New Roman" w:eastAsia="宋体"/>
                <w:b w:val="0"/>
                <w:sz w:val="21"/>
              </w:rPr>
              <w:t>黄*馨</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2026330014</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34肿瘤的临床研究(017苏州附属医院（苏州市中医医院）)</w:t>
            </w:r>
          </w:p>
        </w:tc>
        <w:tc>
          <w:tcPr>
            <w:tcW w:type="dxa" w:w="1079"/>
          </w:tcPr>
          <w:p>
            <w:pPr>
              <w:spacing w:after="20" w:before="20"/>
            </w:pPr>
            <w:r/>
            <w:r>
              <w:rPr>
                <w:rFonts w:ascii="Times New Roman" w:hAnsi="Times New Roman" w:eastAsia="宋体"/>
                <w:b w:val="0"/>
                <w:sz w:val="21"/>
              </w:rPr>
              <w:t>徐*怡</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2026330003</w:t>
            </w:r>
          </w:p>
        </w:tc>
        <w:tc>
          <w:tcPr>
            <w:tcW w:type="dxa" w:w="1079"/>
          </w:tcPr>
          <w:p>
            <w:pPr>
              <w:spacing w:after="20" w:before="20"/>
            </w:pPr>
            <w:r/>
            <w:r>
              <w:rPr>
                <w:rFonts w:ascii="Times New Roman" w:hAnsi="Times New Roman" w:eastAsia="宋体"/>
                <w:b w:val="0"/>
                <w:sz w:val="21"/>
              </w:rPr>
              <w:t>9017苏州附属医院（苏州市中医医院）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李*硕</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2026330058</w:t>
            </w:r>
          </w:p>
        </w:tc>
        <w:tc>
          <w:tcPr>
            <w:tcW w:type="dxa" w:w="1079"/>
          </w:tcPr>
          <w:p>
            <w:pPr>
              <w:spacing w:after="20" w:before="20"/>
            </w:pPr>
            <w:r/>
            <w:r>
              <w:rPr>
                <w:rFonts w:ascii="Times New Roman" w:hAnsi="Times New Roman" w:eastAsia="宋体"/>
                <w:b w:val="0"/>
                <w:sz w:val="21"/>
              </w:rPr>
              <w:t>2017苏州附属医院（苏州市中医医院）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35肾脏病的临床研究(017苏州附属医院（苏州市中医医院）)</w:t>
            </w:r>
          </w:p>
        </w:tc>
        <w:tc>
          <w:tcPr>
            <w:tcW w:type="dxa" w:w="1079"/>
          </w:tcPr>
          <w:p>
            <w:pPr>
              <w:spacing w:after="20" w:before="20"/>
            </w:pPr>
            <w:r/>
            <w:r>
              <w:rPr>
                <w:rFonts w:ascii="Times New Roman" w:hAnsi="Times New Roman" w:eastAsia="宋体"/>
                <w:b w:val="0"/>
                <w:sz w:val="21"/>
              </w:rPr>
              <w:t>唐*</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2026330043</w:t>
            </w:r>
          </w:p>
        </w:tc>
        <w:tc>
          <w:tcPr>
            <w:tcW w:type="dxa" w:w="1079"/>
          </w:tcPr>
          <w:p>
            <w:pPr>
              <w:spacing w:after="20" w:before="20"/>
            </w:pPr>
            <w:r/>
            <w:r>
              <w:rPr>
                <w:rFonts w:ascii="Times New Roman" w:hAnsi="Times New Roman" w:eastAsia="宋体"/>
                <w:b w:val="0"/>
                <w:sz w:val="21"/>
              </w:rPr>
              <w:t>7017苏州附属医院（苏州市中医医院）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崔*怡</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2026330013</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马*苇</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2026330053</w:t>
            </w:r>
          </w:p>
        </w:tc>
        <w:tc>
          <w:tcPr>
            <w:tcW w:type="dxa" w:w="1079"/>
          </w:tcPr>
          <w:p>
            <w:pPr>
              <w:spacing w:after="20" w:before="20"/>
            </w:pPr>
            <w:r/>
            <w:r>
              <w:rPr>
                <w:rFonts w:ascii="Times New Roman" w:hAnsi="Times New Roman" w:eastAsia="宋体"/>
                <w:b w:val="0"/>
                <w:sz w:val="21"/>
              </w:rPr>
              <w:t>5017苏州附属医院（苏州市中医医院）</w:t>
            </w:r>
          </w:p>
        </w:tc>
        <w:tc>
          <w:tcPr>
            <w:tcW w:type="dxa" w:w="1079"/>
          </w:tcPr>
          <w:p>
            <w:pPr>
              <w:spacing w:after="20" w:before="20"/>
            </w:pPr>
            <w:r/>
            <w:r>
              <w:rPr>
                <w:rFonts w:ascii="Times New Roman" w:hAnsi="Times New Roman" w:eastAsia="宋体"/>
                <w:b w:val="0"/>
                <w:sz w:val="21"/>
              </w:rPr>
              <w:t>105701中医内科学</w:t>
            </w:r>
          </w:p>
        </w:tc>
        <w:tc>
          <w:tcPr>
            <w:tcW w:type="dxa" w:w="1079"/>
          </w:tcPr>
          <w:p>
            <w:pPr>
              <w:spacing w:after="20" w:before="20"/>
            </w:pPr>
            <w:r/>
            <w:r>
              <w:rPr>
                <w:rFonts w:ascii="Times New Roman" w:hAnsi="Times New Roman" w:eastAsia="宋体"/>
                <w:b w:val="0"/>
                <w:sz w:val="21"/>
              </w:rPr>
              <w:t>36内分泌疾病的临床研究(017苏州附属医院（苏州市中医医院）)</w:t>
            </w:r>
          </w:p>
        </w:tc>
        <w:tc>
          <w:tcPr>
            <w:tcW w:type="dxa" w:w="1079"/>
          </w:tcPr>
          <w:p>
            <w:pPr>
              <w:spacing w:after="20" w:before="20"/>
            </w:pPr>
            <w:r/>
            <w:r>
              <w:rPr>
                <w:rFonts w:ascii="Times New Roman" w:hAnsi="Times New Roman" w:eastAsia="宋体"/>
                <w:b w:val="0"/>
                <w:sz w:val="21"/>
              </w:rPr>
              <w:t>何*婷</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二、中医外科学（105702）</w:t>
      </w:r>
    </w:p>
    <w:p>
      <w:pPr>
        <w:spacing w:after="80" w:lineRule="auto" w:line="360"/>
        <w:ind w:firstLine="482"/>
        <w:jc w:val="both"/>
      </w:pPr>
      <w:r>
        <w:rPr>
          <w:rFonts w:ascii="Times New Roman" w:hAnsi="Times New Roman" w:eastAsia="宋体"/>
          <w:b w:val="0"/>
          <w:sz w:val="24"/>
        </w:rPr>
        <w:t>1. 本专业共 5 人，其中考核通过 3 人、考核未通过 1 人、缺考 1 人。</w:t>
      </w:r>
    </w:p>
    <w:p>
      <w:pPr>
        <w:spacing w:after="80" w:lineRule="auto" w:line="360"/>
        <w:ind w:firstLine="482"/>
        <w:jc w:val="both"/>
      </w:pPr>
      <w:r>
        <w:rPr>
          <w:rFonts w:ascii="Times New Roman" w:hAnsi="Times New Roman" w:eastAsia="宋体"/>
          <w:b w:val="0"/>
          <w:sz w:val="24"/>
        </w:rPr>
        <w:t>2. 研究方向为：09 肛肠外科疾病的临床研究。</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报名号</w:t>
            </w:r>
          </w:p>
        </w:tc>
        <w:tc>
          <w:tcPr>
            <w:tcW w:type="dxa" w:w="1079"/>
          </w:tcPr>
          <w:p>
            <w:pPr>
              <w:spacing w:after="20" w:before="20"/>
            </w:pPr>
            <w:r/>
            <w:r>
              <w:rPr>
                <w:rFonts w:ascii="Times New Roman" w:hAnsi="Times New Roman" w:eastAsia="宋体"/>
                <w:b/>
                <w:sz w:val="21"/>
              </w:rPr>
              <w:t>申请院系所号及名称</w:t>
            </w:r>
          </w:p>
        </w:tc>
        <w:tc>
          <w:tcPr>
            <w:tcW w:type="dxa" w:w="1079"/>
          </w:tcPr>
          <w:p>
            <w:pPr>
              <w:spacing w:after="20" w:before="20"/>
            </w:pPr>
            <w:r/>
            <w:r>
              <w:rPr>
                <w:rFonts w:ascii="Times New Roman" w:hAnsi="Times New Roman" w:eastAsia="宋体"/>
                <w:b/>
                <w:sz w:val="21"/>
              </w:rPr>
              <w:t>申请专业代码及名称</w:t>
            </w:r>
          </w:p>
        </w:tc>
        <w:tc>
          <w:tcPr>
            <w:tcW w:type="dxa" w:w="1079"/>
          </w:tcPr>
          <w:p>
            <w:pPr>
              <w:spacing w:after="20" w:before="20"/>
            </w:pPr>
            <w:r/>
            <w:r>
              <w:rPr>
                <w:rFonts w:ascii="Times New Roman" w:hAnsi="Times New Roman" w:eastAsia="宋体"/>
                <w:b/>
                <w:sz w:val="21"/>
              </w:rPr>
              <w:t>申请研究方向</w:t>
            </w:r>
          </w:p>
        </w:tc>
        <w:tc>
          <w:tcPr>
            <w:tcW w:type="dxa" w:w="1079"/>
          </w:tcPr>
          <w:p>
            <w:pPr>
              <w:spacing w:after="20" w:before="20"/>
            </w:pPr>
            <w:r/>
            <w:r>
              <w:rPr>
                <w:rFonts w:ascii="Times New Roman" w:hAnsi="Times New Roman" w:eastAsia="宋体"/>
                <w:b/>
                <w:sz w:val="21"/>
              </w:rPr>
              <w:t>考生姓名</w:t>
            </w:r>
          </w:p>
        </w:tc>
        <w:tc>
          <w:tcPr>
            <w:tcW w:type="dxa" w:w="1079"/>
          </w:tcPr>
          <w:p>
            <w:pPr>
              <w:spacing w:after="20" w:before="20"/>
            </w:pPr>
            <w:r/>
            <w:r>
              <w:rPr>
                <w:rFonts w:ascii="Times New Roman" w:hAnsi="Times New Roman" w:eastAsia="宋体"/>
                <w:b/>
                <w:sz w:val="21"/>
              </w:rPr>
              <w:t>复试总成绩</w:t>
            </w:r>
          </w:p>
        </w:tc>
        <w:tc>
          <w:tcPr>
            <w:tcW w:type="dxa" w:w="1079"/>
          </w:tcPr>
          <w:p>
            <w:pPr>
              <w:spacing w:after="20" w:before="20"/>
            </w:pPr>
            <w:r/>
            <w:r>
              <w:rPr>
                <w:rFonts w:ascii="Times New Roman" w:hAnsi="Times New Roman" w:eastAsia="宋体"/>
                <w:b/>
                <w:sz w:val="21"/>
              </w:rPr>
              <w:t>考核结果</w:t>
            </w:r>
          </w:p>
        </w:tc>
        <w:tc>
          <w:tcPr>
            <w:tcW w:type="dxa" w:w="1079"/>
          </w:tcPr>
          <w:p>
            <w:pPr>
              <w:spacing w:after="20" w:before="20"/>
            </w:pPr>
            <w:r/>
            <w:r>
              <w:rPr>
                <w:rFonts w:ascii="Times New Roman" w:hAnsi="Times New Roman" w:eastAsia="宋体"/>
                <w:b/>
                <w:sz w:val="21"/>
              </w:rPr>
              <w:t>备注</w:t>
            </w:r>
          </w:p>
        </w:tc>
      </w:tr>
      <w:tr>
        <w:tc>
          <w:tcPr>
            <w:tcW w:type="dxa" w:w="1079"/>
          </w:tcPr>
          <w:p>
            <w:pPr>
              <w:spacing w:after="20" w:before="20"/>
            </w:pPr>
            <w:r/>
            <w:r>
              <w:rPr>
                <w:rFonts w:ascii="Times New Roman" w:hAnsi="Times New Roman" w:eastAsia="宋体"/>
                <w:b w:val="0"/>
                <w:sz w:val="21"/>
              </w:rPr>
              <w:t>2026330011</w:t>
            </w:r>
          </w:p>
        </w:tc>
        <w:tc>
          <w:tcPr>
            <w:tcW w:type="dxa" w:w="1079"/>
          </w:tcPr>
          <w:p>
            <w:pPr>
              <w:spacing w:after="20" w:before="20"/>
            </w:pPr>
            <w:r/>
            <w:r>
              <w:rPr>
                <w:rFonts w:ascii="Times New Roman" w:hAnsi="Times New Roman" w:eastAsia="宋体"/>
                <w:b w:val="0"/>
                <w:sz w:val="21"/>
              </w:rPr>
              <w:t>1017苏州附属医院（苏州市中医医院）</w:t>
            </w:r>
          </w:p>
        </w:tc>
        <w:tc>
          <w:tcPr>
            <w:tcW w:type="dxa" w:w="1079"/>
          </w:tcPr>
          <w:p>
            <w:pPr>
              <w:spacing w:after="20" w:before="20"/>
            </w:pPr>
            <w:r/>
            <w:r>
              <w:rPr>
                <w:rFonts w:ascii="Times New Roman" w:hAnsi="Times New Roman" w:eastAsia="宋体"/>
                <w:b w:val="0"/>
                <w:sz w:val="21"/>
              </w:rPr>
              <w:t>105702中医外科学</w:t>
            </w:r>
          </w:p>
        </w:tc>
        <w:tc>
          <w:tcPr>
            <w:tcW w:type="dxa" w:w="1079"/>
          </w:tcPr>
          <w:p>
            <w:pPr>
              <w:spacing w:after="20" w:before="20"/>
            </w:pPr>
            <w:r/>
            <w:r>
              <w:rPr>
                <w:rFonts w:ascii="Times New Roman" w:hAnsi="Times New Roman" w:eastAsia="宋体"/>
                <w:b w:val="0"/>
                <w:sz w:val="21"/>
              </w:rPr>
              <w:t>09肛肠外科疾病的临床研究(017苏州附属医院（苏州市中医医院）)</w:t>
            </w:r>
          </w:p>
        </w:tc>
        <w:tc>
          <w:tcPr>
            <w:tcW w:type="dxa" w:w="1079"/>
          </w:tcPr>
          <w:p>
            <w:pPr>
              <w:spacing w:after="20" w:before="20"/>
            </w:pPr>
            <w:r/>
            <w:r>
              <w:rPr>
                <w:rFonts w:ascii="Times New Roman" w:hAnsi="Times New Roman" w:eastAsia="宋体"/>
                <w:b w:val="0"/>
                <w:sz w:val="21"/>
              </w:rPr>
              <w:t>蒋*宸</w:t>
            </w:r>
          </w:p>
        </w:tc>
        <w:tc>
          <w:tcPr>
            <w:tcW w:type="dxa" w:w="1079"/>
          </w:tcPr>
          <w:p>
            <w:pPr>
              <w:spacing w:after="20" w:before="20"/>
            </w:pPr>
            <w:r/>
            <w:r>
              <w:rPr>
                <w:rFonts w:ascii="Times New Roman" w:hAnsi="Times New Roman" w:eastAsia="宋体"/>
                <w:b w:val="0"/>
                <w:sz w:val="21"/>
              </w:rPr>
              <w:t>92.2</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2026330062</w:t>
            </w:r>
          </w:p>
        </w:tc>
        <w:tc>
          <w:tcPr>
            <w:tcW w:type="dxa" w:w="1079"/>
          </w:tcPr>
          <w:p>
            <w:pPr>
              <w:spacing w:after="20" w:before="20"/>
            </w:pPr>
            <w:r/>
            <w:r>
              <w:rPr>
                <w:rFonts w:ascii="Times New Roman" w:hAnsi="Times New Roman" w:eastAsia="宋体"/>
                <w:b w:val="0"/>
                <w:sz w:val="21"/>
              </w:rPr>
              <w:t>9017苏州附属医院（苏州市中医医院）</w:t>
            </w:r>
          </w:p>
        </w:tc>
        <w:tc>
          <w:tcPr>
            <w:tcW w:type="dxa" w:w="1079"/>
          </w:tcPr>
          <w:p>
            <w:pPr>
              <w:spacing w:after="20" w:before="20"/>
            </w:pPr>
            <w:r/>
            <w:r>
              <w:rPr>
                <w:rFonts w:ascii="Times New Roman" w:hAnsi="Times New Roman" w:eastAsia="宋体"/>
                <w:b w:val="0"/>
                <w:sz w:val="21"/>
              </w:rPr>
              <w:t>105702中医外科学</w:t>
            </w:r>
          </w:p>
        </w:tc>
        <w:tc>
          <w:tcPr>
            <w:tcW w:type="dxa" w:w="1079"/>
          </w:tcPr>
          <w:p>
            <w:pPr>
              <w:spacing w:after="20" w:before="20"/>
            </w:pPr>
            <w:r/>
            <w:r>
              <w:rPr>
                <w:rFonts w:ascii="Times New Roman" w:hAnsi="Times New Roman" w:eastAsia="宋体"/>
                <w:b w:val="0"/>
                <w:sz w:val="21"/>
              </w:rPr>
              <w:t>09肛肠外科疾病的临床研究(017苏州附属医院（苏州市中医医院）)</w:t>
            </w:r>
          </w:p>
        </w:tc>
        <w:tc>
          <w:tcPr>
            <w:tcW w:type="dxa" w:w="1079"/>
          </w:tcPr>
          <w:p>
            <w:pPr>
              <w:spacing w:after="20" w:before="20"/>
            </w:pPr>
            <w:r/>
            <w:r>
              <w:rPr>
                <w:rFonts w:ascii="Times New Roman" w:hAnsi="Times New Roman" w:eastAsia="宋体"/>
                <w:b w:val="0"/>
                <w:sz w:val="21"/>
              </w:rPr>
              <w:t>张*妍</w:t>
            </w:r>
          </w:p>
        </w:tc>
        <w:tc>
          <w:tcPr>
            <w:tcW w:type="dxa" w:w="1079"/>
          </w:tcPr>
          <w:p>
            <w:pPr>
              <w:spacing w:after="20" w:before="20"/>
            </w:pPr>
            <w:r/>
            <w:r>
              <w:rPr>
                <w:rFonts w:ascii="Times New Roman" w:hAnsi="Times New Roman" w:eastAsia="宋体"/>
                <w:b w:val="0"/>
                <w:sz w:val="21"/>
              </w:rPr>
              <w:t>72.6</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2026330060</w:t>
            </w:r>
          </w:p>
        </w:tc>
        <w:tc>
          <w:tcPr>
            <w:tcW w:type="dxa" w:w="1079"/>
          </w:tcPr>
          <w:p>
            <w:pPr>
              <w:spacing w:after="20" w:before="20"/>
            </w:pPr>
            <w:r/>
            <w:r>
              <w:rPr>
                <w:rFonts w:ascii="Times New Roman" w:hAnsi="Times New Roman" w:eastAsia="宋体"/>
                <w:b w:val="0"/>
                <w:sz w:val="21"/>
              </w:rPr>
              <w:t>9017苏州附属医院（苏州市中医医院）</w:t>
            </w:r>
          </w:p>
        </w:tc>
        <w:tc>
          <w:tcPr>
            <w:tcW w:type="dxa" w:w="1079"/>
          </w:tcPr>
          <w:p>
            <w:pPr>
              <w:spacing w:after="20" w:before="20"/>
            </w:pPr>
            <w:r/>
            <w:r>
              <w:rPr>
                <w:rFonts w:ascii="Times New Roman" w:hAnsi="Times New Roman" w:eastAsia="宋体"/>
                <w:b w:val="0"/>
                <w:sz w:val="21"/>
              </w:rPr>
              <w:t>105702中医外科学</w:t>
            </w:r>
          </w:p>
        </w:tc>
        <w:tc>
          <w:tcPr>
            <w:tcW w:type="dxa" w:w="1079"/>
          </w:tcPr>
          <w:p>
            <w:pPr>
              <w:spacing w:after="20" w:before="20"/>
            </w:pPr>
            <w:r/>
            <w:r>
              <w:rPr>
                <w:rFonts w:ascii="Times New Roman" w:hAnsi="Times New Roman" w:eastAsia="宋体"/>
                <w:b w:val="0"/>
                <w:sz w:val="21"/>
              </w:rPr>
              <w:t>09肛肠外科疾病的临床研究(017苏州附属医院（苏州市中医医院）)</w:t>
            </w:r>
          </w:p>
        </w:tc>
        <w:tc>
          <w:tcPr>
            <w:tcW w:type="dxa" w:w="1079"/>
          </w:tcPr>
          <w:p>
            <w:pPr>
              <w:spacing w:after="20" w:before="20"/>
            </w:pPr>
            <w:r/>
            <w:r>
              <w:rPr>
                <w:rFonts w:ascii="Times New Roman" w:hAnsi="Times New Roman" w:eastAsia="宋体"/>
                <w:b w:val="0"/>
                <w:sz w:val="21"/>
              </w:rPr>
              <w:t>丁*</w:t>
            </w:r>
          </w:p>
        </w:tc>
        <w:tc>
          <w:tcPr>
            <w:tcW w:type="dxa" w:w="1079"/>
          </w:tcPr>
          <w:p>
            <w:pPr>
              <w:spacing w:after="20" w:before="20"/>
            </w:pPr>
            <w:r/>
            <w:r>
              <w:rPr>
                <w:rFonts w:ascii="Times New Roman" w:hAnsi="Times New Roman" w:eastAsia="宋体"/>
                <w:b w:val="0"/>
                <w:sz w:val="21"/>
              </w:rPr>
              <w:t>70.6</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2026330044</w:t>
            </w:r>
          </w:p>
        </w:tc>
        <w:tc>
          <w:tcPr>
            <w:tcW w:type="dxa" w:w="1079"/>
          </w:tcPr>
          <w:p>
            <w:pPr>
              <w:spacing w:after="20" w:before="20"/>
            </w:pPr>
            <w:r/>
            <w:r>
              <w:rPr>
                <w:rFonts w:ascii="Times New Roman" w:hAnsi="Times New Roman" w:eastAsia="宋体"/>
                <w:b w:val="0"/>
                <w:sz w:val="21"/>
              </w:rPr>
              <w:t>8017苏州附属医院（苏州市中医医院）</w:t>
            </w:r>
          </w:p>
        </w:tc>
        <w:tc>
          <w:tcPr>
            <w:tcW w:type="dxa" w:w="1079"/>
          </w:tcPr>
          <w:p>
            <w:pPr>
              <w:spacing w:after="20" w:before="20"/>
            </w:pPr>
            <w:r/>
            <w:r>
              <w:rPr>
                <w:rFonts w:ascii="Times New Roman" w:hAnsi="Times New Roman" w:eastAsia="宋体"/>
                <w:b w:val="0"/>
                <w:sz w:val="21"/>
              </w:rPr>
              <w:t>105702中医外科学</w:t>
            </w:r>
          </w:p>
        </w:tc>
        <w:tc>
          <w:tcPr>
            <w:tcW w:type="dxa" w:w="1079"/>
          </w:tcPr>
          <w:p>
            <w:pPr>
              <w:spacing w:after="20" w:before="20"/>
            </w:pPr>
            <w:r/>
            <w:r>
              <w:rPr>
                <w:rFonts w:ascii="Times New Roman" w:hAnsi="Times New Roman" w:eastAsia="宋体"/>
                <w:b w:val="0"/>
                <w:sz w:val="21"/>
              </w:rPr>
              <w:t>09肛肠外科疾病的临床研究(017苏州附属医院（苏州市中医医院）)</w:t>
            </w:r>
          </w:p>
        </w:tc>
        <w:tc>
          <w:tcPr>
            <w:tcW w:type="dxa" w:w="1079"/>
          </w:tcPr>
          <w:p>
            <w:pPr>
              <w:spacing w:after="20" w:before="20"/>
            </w:pPr>
            <w:r/>
            <w:r>
              <w:rPr>
                <w:rFonts w:ascii="Times New Roman" w:hAnsi="Times New Roman" w:eastAsia="宋体"/>
                <w:b w:val="0"/>
                <w:sz w:val="21"/>
              </w:rPr>
              <w:t>谢*</w:t>
            </w:r>
          </w:p>
        </w:tc>
        <w:tc>
          <w:tcPr>
            <w:tcW w:type="dxa" w:w="1079"/>
          </w:tcPr>
          <w:p>
            <w:pPr>
              <w:spacing w:after="20" w:before="20"/>
            </w:pPr>
            <w:r/>
            <w:r>
              <w:rPr>
                <w:rFonts w:ascii="Times New Roman" w:hAnsi="Times New Roman" w:eastAsia="宋体"/>
                <w:b w:val="0"/>
                <w:sz w:val="21"/>
              </w:rPr>
              <w:t>50.8</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2026330027</w:t>
            </w:r>
          </w:p>
        </w:tc>
        <w:tc>
          <w:tcPr>
            <w:tcW w:type="dxa" w:w="1079"/>
          </w:tcPr>
          <w:p>
            <w:pPr>
              <w:spacing w:after="20" w:before="20"/>
            </w:pPr>
            <w:r/>
            <w:r>
              <w:rPr>
                <w:rFonts w:ascii="Times New Roman" w:hAnsi="Times New Roman" w:eastAsia="宋体"/>
                <w:b w:val="0"/>
                <w:sz w:val="21"/>
              </w:rPr>
              <w:t>1017苏州附属医院（苏州市中医医院）</w:t>
            </w:r>
          </w:p>
        </w:tc>
        <w:tc>
          <w:tcPr>
            <w:tcW w:type="dxa" w:w="1079"/>
          </w:tcPr>
          <w:p>
            <w:pPr>
              <w:spacing w:after="20" w:before="20"/>
            </w:pPr>
            <w:r/>
            <w:r>
              <w:rPr>
                <w:rFonts w:ascii="Times New Roman" w:hAnsi="Times New Roman" w:eastAsia="宋体"/>
                <w:b w:val="0"/>
                <w:sz w:val="21"/>
              </w:rPr>
              <w:t>105702中医外科学</w:t>
            </w:r>
          </w:p>
        </w:tc>
        <w:tc>
          <w:tcPr>
            <w:tcW w:type="dxa" w:w="1079"/>
          </w:tcPr>
          <w:p>
            <w:pPr>
              <w:spacing w:after="20" w:before="20"/>
            </w:pPr>
            <w:r/>
            <w:r>
              <w:rPr>
                <w:rFonts w:ascii="Times New Roman" w:hAnsi="Times New Roman" w:eastAsia="宋体"/>
                <w:b w:val="0"/>
                <w:sz w:val="21"/>
              </w:rPr>
              <w:t>09肛肠外科疾病的临床研究(017苏州附属医院（苏州市中医医院）)</w:t>
            </w:r>
          </w:p>
        </w:tc>
        <w:tc>
          <w:tcPr>
            <w:tcW w:type="dxa" w:w="1079"/>
          </w:tcPr>
          <w:p>
            <w:pPr>
              <w:spacing w:after="20" w:before="20"/>
            </w:pPr>
            <w:r/>
            <w:r>
              <w:rPr>
                <w:rFonts w:ascii="Times New Roman" w:hAnsi="Times New Roman" w:eastAsia="宋体"/>
                <w:b w:val="0"/>
                <w:sz w:val="21"/>
              </w:rPr>
              <w:t>吴*诺</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三、中医骨伤科学（105703）</w:t>
      </w:r>
    </w:p>
    <w:p>
      <w:pPr>
        <w:spacing w:after="80" w:lineRule="auto" w:line="360"/>
        <w:ind w:firstLine="482"/>
        <w:jc w:val="both"/>
      </w:pPr>
      <w:r>
        <w:rPr>
          <w:rFonts w:ascii="Times New Roman" w:hAnsi="Times New Roman" w:eastAsia="宋体"/>
          <w:b w:val="0"/>
          <w:sz w:val="24"/>
        </w:rPr>
        <w:t>1. 本专业共 6 人，其中考核通过 3 人、考核未通过 1 人、缺考 2 人。</w:t>
      </w:r>
    </w:p>
    <w:p>
      <w:pPr>
        <w:spacing w:after="80" w:lineRule="auto" w:line="360"/>
        <w:ind w:firstLine="482"/>
        <w:jc w:val="both"/>
      </w:pPr>
      <w:r>
        <w:rPr>
          <w:rFonts w:ascii="Times New Roman" w:hAnsi="Times New Roman" w:eastAsia="宋体"/>
          <w:b w:val="0"/>
          <w:sz w:val="24"/>
        </w:rPr>
        <w:t>2. 研究方向为：05 中医骨伤科疾病的临床研究。</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报名号</w:t>
            </w:r>
          </w:p>
        </w:tc>
        <w:tc>
          <w:tcPr>
            <w:tcW w:type="dxa" w:w="1079"/>
          </w:tcPr>
          <w:p>
            <w:pPr>
              <w:spacing w:after="20" w:before="20"/>
            </w:pPr>
            <w:r/>
            <w:r>
              <w:rPr>
                <w:rFonts w:ascii="Times New Roman" w:hAnsi="Times New Roman" w:eastAsia="宋体"/>
                <w:b/>
                <w:sz w:val="21"/>
              </w:rPr>
              <w:t>申请院系所号及名称</w:t>
            </w:r>
          </w:p>
        </w:tc>
        <w:tc>
          <w:tcPr>
            <w:tcW w:type="dxa" w:w="1079"/>
          </w:tcPr>
          <w:p>
            <w:pPr>
              <w:spacing w:after="20" w:before="20"/>
            </w:pPr>
            <w:r/>
            <w:r>
              <w:rPr>
                <w:rFonts w:ascii="Times New Roman" w:hAnsi="Times New Roman" w:eastAsia="宋体"/>
                <w:b/>
                <w:sz w:val="21"/>
              </w:rPr>
              <w:t>申请专业代码及名称</w:t>
            </w:r>
          </w:p>
        </w:tc>
        <w:tc>
          <w:tcPr>
            <w:tcW w:type="dxa" w:w="1079"/>
          </w:tcPr>
          <w:p>
            <w:pPr>
              <w:spacing w:after="20" w:before="20"/>
            </w:pPr>
            <w:r/>
            <w:r>
              <w:rPr>
                <w:rFonts w:ascii="Times New Roman" w:hAnsi="Times New Roman" w:eastAsia="宋体"/>
                <w:b/>
                <w:sz w:val="21"/>
              </w:rPr>
              <w:t>申请研究方向</w:t>
            </w:r>
          </w:p>
        </w:tc>
        <w:tc>
          <w:tcPr>
            <w:tcW w:type="dxa" w:w="1079"/>
          </w:tcPr>
          <w:p>
            <w:pPr>
              <w:spacing w:after="20" w:before="20"/>
            </w:pPr>
            <w:r/>
            <w:r>
              <w:rPr>
                <w:rFonts w:ascii="Times New Roman" w:hAnsi="Times New Roman" w:eastAsia="宋体"/>
                <w:b/>
                <w:sz w:val="21"/>
              </w:rPr>
              <w:t>考生姓名</w:t>
            </w:r>
          </w:p>
        </w:tc>
        <w:tc>
          <w:tcPr>
            <w:tcW w:type="dxa" w:w="1079"/>
          </w:tcPr>
          <w:p>
            <w:pPr>
              <w:spacing w:after="20" w:before="20"/>
            </w:pPr>
            <w:r/>
            <w:r>
              <w:rPr>
                <w:rFonts w:ascii="Times New Roman" w:hAnsi="Times New Roman" w:eastAsia="宋体"/>
                <w:b/>
                <w:sz w:val="21"/>
              </w:rPr>
              <w:t>复试总成绩</w:t>
            </w:r>
          </w:p>
        </w:tc>
        <w:tc>
          <w:tcPr>
            <w:tcW w:type="dxa" w:w="1079"/>
          </w:tcPr>
          <w:p>
            <w:pPr>
              <w:spacing w:after="20" w:before="20"/>
            </w:pPr>
            <w:r/>
            <w:r>
              <w:rPr>
                <w:rFonts w:ascii="Times New Roman" w:hAnsi="Times New Roman" w:eastAsia="宋体"/>
                <w:b/>
                <w:sz w:val="21"/>
              </w:rPr>
              <w:t>考核结果</w:t>
            </w:r>
          </w:p>
        </w:tc>
        <w:tc>
          <w:tcPr>
            <w:tcW w:type="dxa" w:w="1079"/>
          </w:tcPr>
          <w:p>
            <w:pPr>
              <w:spacing w:after="20" w:before="20"/>
            </w:pPr>
            <w:r/>
            <w:r>
              <w:rPr>
                <w:rFonts w:ascii="Times New Roman" w:hAnsi="Times New Roman" w:eastAsia="宋体"/>
                <w:b/>
                <w:sz w:val="21"/>
              </w:rPr>
              <w:t>备注</w:t>
            </w:r>
          </w:p>
        </w:tc>
      </w:tr>
      <w:tr>
        <w:tc>
          <w:tcPr>
            <w:tcW w:type="dxa" w:w="1079"/>
          </w:tcPr>
          <w:p>
            <w:pPr>
              <w:spacing w:after="20" w:before="20"/>
            </w:pPr>
            <w:r/>
            <w:r>
              <w:rPr>
                <w:rFonts w:ascii="Times New Roman" w:hAnsi="Times New Roman" w:eastAsia="宋体"/>
                <w:b w:val="0"/>
                <w:sz w:val="21"/>
              </w:rPr>
              <w:t>2026330087</w:t>
            </w:r>
          </w:p>
        </w:tc>
        <w:tc>
          <w:tcPr>
            <w:tcW w:type="dxa" w:w="1079"/>
          </w:tcPr>
          <w:p>
            <w:pPr>
              <w:spacing w:after="20" w:before="20"/>
            </w:pPr>
            <w:r/>
            <w:r>
              <w:rPr>
                <w:rFonts w:ascii="Times New Roman" w:hAnsi="Times New Roman" w:eastAsia="宋体"/>
                <w:b w:val="0"/>
                <w:sz w:val="21"/>
              </w:rPr>
              <w:t>8017苏州附属医院（苏州市中医医院）</w:t>
            </w:r>
          </w:p>
        </w:tc>
        <w:tc>
          <w:tcPr>
            <w:tcW w:type="dxa" w:w="1079"/>
          </w:tcPr>
          <w:p>
            <w:pPr>
              <w:spacing w:after="20" w:before="20"/>
            </w:pPr>
            <w:r/>
            <w:r>
              <w:rPr>
                <w:rFonts w:ascii="Times New Roman" w:hAnsi="Times New Roman" w:eastAsia="宋体"/>
                <w:b w:val="0"/>
                <w:sz w:val="21"/>
              </w:rPr>
              <w:t>105703中医骨伤科学</w:t>
            </w:r>
          </w:p>
        </w:tc>
        <w:tc>
          <w:tcPr>
            <w:tcW w:type="dxa" w:w="1079"/>
          </w:tcPr>
          <w:p>
            <w:pPr>
              <w:spacing w:after="20" w:before="20"/>
            </w:pPr>
            <w:r/>
            <w:r>
              <w:rPr>
                <w:rFonts w:ascii="Times New Roman" w:hAnsi="Times New Roman" w:eastAsia="宋体"/>
                <w:b w:val="0"/>
                <w:sz w:val="21"/>
              </w:rPr>
              <w:t>05中医骨伤科疾病的临床研究(017苏州附属医院（苏州市中医医院）)</w:t>
            </w:r>
          </w:p>
        </w:tc>
        <w:tc>
          <w:tcPr>
            <w:tcW w:type="dxa" w:w="1079"/>
          </w:tcPr>
          <w:p>
            <w:pPr>
              <w:spacing w:after="20" w:before="20"/>
            </w:pPr>
            <w:r/>
            <w:r>
              <w:rPr>
                <w:rFonts w:ascii="Times New Roman" w:hAnsi="Times New Roman" w:eastAsia="宋体"/>
                <w:b w:val="0"/>
                <w:sz w:val="21"/>
              </w:rPr>
              <w:t>吴*科</w:t>
            </w:r>
          </w:p>
        </w:tc>
        <w:tc>
          <w:tcPr>
            <w:tcW w:type="dxa" w:w="1079"/>
          </w:tcPr>
          <w:p>
            <w:pPr>
              <w:spacing w:after="20" w:before="20"/>
            </w:pPr>
            <w:r/>
            <w:r>
              <w:rPr>
                <w:rFonts w:ascii="Times New Roman" w:hAnsi="Times New Roman" w:eastAsia="宋体"/>
                <w:b w:val="0"/>
                <w:sz w:val="21"/>
              </w:rPr>
              <w:t>74.4</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2026330018</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105703中医骨伤科学</w:t>
            </w:r>
          </w:p>
        </w:tc>
        <w:tc>
          <w:tcPr>
            <w:tcW w:type="dxa" w:w="1079"/>
          </w:tcPr>
          <w:p>
            <w:pPr>
              <w:spacing w:after="20" w:before="20"/>
            </w:pPr>
            <w:r/>
            <w:r>
              <w:rPr>
                <w:rFonts w:ascii="Times New Roman" w:hAnsi="Times New Roman" w:eastAsia="宋体"/>
                <w:b w:val="0"/>
                <w:sz w:val="21"/>
              </w:rPr>
              <w:t>05中医骨伤科疾病的临床研究(017苏州附属医院（苏州市中医医院）)</w:t>
            </w:r>
          </w:p>
        </w:tc>
        <w:tc>
          <w:tcPr>
            <w:tcW w:type="dxa" w:w="1079"/>
          </w:tcPr>
          <w:p>
            <w:pPr>
              <w:spacing w:after="20" w:before="20"/>
            </w:pPr>
            <w:r/>
            <w:r>
              <w:rPr>
                <w:rFonts w:ascii="Times New Roman" w:hAnsi="Times New Roman" w:eastAsia="宋体"/>
                <w:b w:val="0"/>
                <w:sz w:val="21"/>
              </w:rPr>
              <w:t>郭*旋</w:t>
            </w:r>
          </w:p>
        </w:tc>
        <w:tc>
          <w:tcPr>
            <w:tcW w:type="dxa" w:w="1079"/>
          </w:tcPr>
          <w:p>
            <w:pPr>
              <w:spacing w:after="20" w:before="20"/>
            </w:pPr>
            <w:r/>
            <w:r>
              <w:rPr>
                <w:rFonts w:ascii="Times New Roman" w:hAnsi="Times New Roman" w:eastAsia="宋体"/>
                <w:b w:val="0"/>
                <w:sz w:val="21"/>
              </w:rPr>
              <w:t>68</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2026330031</w:t>
            </w:r>
          </w:p>
        </w:tc>
        <w:tc>
          <w:tcPr>
            <w:tcW w:type="dxa" w:w="1079"/>
          </w:tcPr>
          <w:p>
            <w:pPr>
              <w:spacing w:after="20" w:before="20"/>
            </w:pPr>
            <w:r/>
            <w:r>
              <w:rPr>
                <w:rFonts w:ascii="Times New Roman" w:hAnsi="Times New Roman" w:eastAsia="宋体"/>
                <w:b w:val="0"/>
                <w:sz w:val="21"/>
              </w:rPr>
              <w:t>0017苏州附属医院（苏州市中医医院）</w:t>
            </w:r>
          </w:p>
        </w:tc>
        <w:tc>
          <w:tcPr>
            <w:tcW w:type="dxa" w:w="1079"/>
          </w:tcPr>
          <w:p>
            <w:pPr>
              <w:spacing w:after="20" w:before="20"/>
            </w:pPr>
            <w:r/>
            <w:r>
              <w:rPr>
                <w:rFonts w:ascii="Times New Roman" w:hAnsi="Times New Roman" w:eastAsia="宋体"/>
                <w:b w:val="0"/>
                <w:sz w:val="21"/>
              </w:rPr>
              <w:t>105703中医骨伤科学</w:t>
            </w:r>
          </w:p>
        </w:tc>
        <w:tc>
          <w:tcPr>
            <w:tcW w:type="dxa" w:w="1079"/>
          </w:tcPr>
          <w:p>
            <w:pPr>
              <w:spacing w:after="20" w:before="20"/>
            </w:pPr>
            <w:r/>
            <w:r>
              <w:rPr>
                <w:rFonts w:ascii="Times New Roman" w:hAnsi="Times New Roman" w:eastAsia="宋体"/>
                <w:b w:val="0"/>
                <w:sz w:val="21"/>
              </w:rPr>
              <w:t>05中医骨伤科疾病的临床研究(017苏州附属医院（苏州市中医医院）)</w:t>
            </w:r>
          </w:p>
        </w:tc>
        <w:tc>
          <w:tcPr>
            <w:tcW w:type="dxa" w:w="1079"/>
          </w:tcPr>
          <w:p>
            <w:pPr>
              <w:spacing w:after="20" w:before="20"/>
            </w:pPr>
            <w:r/>
            <w:r>
              <w:rPr>
                <w:rFonts w:ascii="Times New Roman" w:hAnsi="Times New Roman" w:eastAsia="宋体"/>
                <w:b w:val="0"/>
                <w:sz w:val="21"/>
              </w:rPr>
              <w:t>孙*桐</w:t>
            </w:r>
          </w:p>
        </w:tc>
        <w:tc>
          <w:tcPr>
            <w:tcW w:type="dxa" w:w="1079"/>
          </w:tcPr>
          <w:p>
            <w:pPr>
              <w:spacing w:after="20" w:before="20"/>
            </w:pPr>
            <w:r/>
            <w:r>
              <w:rPr>
                <w:rFonts w:ascii="Times New Roman" w:hAnsi="Times New Roman" w:eastAsia="宋体"/>
                <w:b w:val="0"/>
                <w:sz w:val="21"/>
              </w:rPr>
              <w:t>67</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2026330025</w:t>
            </w:r>
          </w:p>
        </w:tc>
        <w:tc>
          <w:tcPr>
            <w:tcW w:type="dxa" w:w="1079"/>
          </w:tcPr>
          <w:p>
            <w:pPr>
              <w:spacing w:after="20" w:before="20"/>
            </w:pPr>
            <w:r/>
            <w:r>
              <w:rPr>
                <w:rFonts w:ascii="Times New Roman" w:hAnsi="Times New Roman" w:eastAsia="宋体"/>
                <w:b w:val="0"/>
                <w:sz w:val="21"/>
              </w:rPr>
              <w:t>3017苏州附属医院（苏州市中医医院）</w:t>
            </w:r>
          </w:p>
        </w:tc>
        <w:tc>
          <w:tcPr>
            <w:tcW w:type="dxa" w:w="1079"/>
          </w:tcPr>
          <w:p>
            <w:pPr>
              <w:spacing w:after="20" w:before="20"/>
            </w:pPr>
            <w:r/>
            <w:r>
              <w:rPr>
                <w:rFonts w:ascii="Times New Roman" w:hAnsi="Times New Roman" w:eastAsia="宋体"/>
                <w:b w:val="0"/>
                <w:sz w:val="21"/>
              </w:rPr>
              <w:t>105703中医骨伤科学</w:t>
            </w:r>
          </w:p>
        </w:tc>
        <w:tc>
          <w:tcPr>
            <w:tcW w:type="dxa" w:w="1079"/>
          </w:tcPr>
          <w:p>
            <w:pPr>
              <w:spacing w:after="20" w:before="20"/>
            </w:pPr>
            <w:r/>
            <w:r>
              <w:rPr>
                <w:rFonts w:ascii="Times New Roman" w:hAnsi="Times New Roman" w:eastAsia="宋体"/>
                <w:b w:val="0"/>
                <w:sz w:val="21"/>
              </w:rPr>
              <w:t>05中医骨伤科疾病的临床研究(017苏州附属医院（苏州市中医医院）)</w:t>
            </w:r>
          </w:p>
        </w:tc>
        <w:tc>
          <w:tcPr>
            <w:tcW w:type="dxa" w:w="1079"/>
          </w:tcPr>
          <w:p>
            <w:pPr>
              <w:spacing w:after="20" w:before="20"/>
            </w:pPr>
            <w:r/>
            <w:r>
              <w:rPr>
                <w:rFonts w:ascii="Times New Roman" w:hAnsi="Times New Roman" w:eastAsia="宋体"/>
                <w:b w:val="0"/>
                <w:sz w:val="21"/>
              </w:rPr>
              <w:t>邹*悦</w:t>
            </w:r>
          </w:p>
        </w:tc>
        <w:tc>
          <w:tcPr>
            <w:tcW w:type="dxa" w:w="1079"/>
          </w:tcPr>
          <w:p>
            <w:pPr>
              <w:spacing w:after="20" w:before="20"/>
            </w:pPr>
            <w:r/>
            <w:r>
              <w:rPr>
                <w:rFonts w:ascii="Times New Roman" w:hAnsi="Times New Roman" w:eastAsia="宋体"/>
                <w:b w:val="0"/>
                <w:sz w:val="21"/>
              </w:rPr>
              <w:t>58.2</w:t>
            </w:r>
          </w:p>
        </w:tc>
        <w:tc>
          <w:tcPr>
            <w:tcW w:type="dxa" w:w="1079"/>
          </w:tcPr>
          <w:p>
            <w:pPr>
              <w:spacing w:after="20" w:before="20"/>
            </w:pPr>
            <w:r/>
            <w:r>
              <w:rPr>
                <w:rFonts w:ascii="Times New Roman" w:hAnsi="Times New Roman" w:eastAsia="宋体"/>
                <w:b w:val="0"/>
                <w:sz w:val="21"/>
              </w:rPr>
              <w:t>考核未通过</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2026330094</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105703中医骨伤科学</w:t>
            </w:r>
          </w:p>
        </w:tc>
        <w:tc>
          <w:tcPr>
            <w:tcW w:type="dxa" w:w="1079"/>
          </w:tcPr>
          <w:p>
            <w:pPr>
              <w:spacing w:after="20" w:before="20"/>
            </w:pPr>
            <w:r/>
            <w:r>
              <w:rPr>
                <w:rFonts w:ascii="Times New Roman" w:hAnsi="Times New Roman" w:eastAsia="宋体"/>
                <w:b w:val="0"/>
                <w:sz w:val="21"/>
              </w:rPr>
              <w:t>05中医骨伤科疾病的临床研究(017苏州附属医院（苏州市中医医院）)</w:t>
            </w:r>
          </w:p>
        </w:tc>
        <w:tc>
          <w:tcPr>
            <w:tcW w:type="dxa" w:w="1079"/>
          </w:tcPr>
          <w:p>
            <w:pPr>
              <w:spacing w:after="20" w:before="20"/>
            </w:pPr>
            <w:r/>
            <w:r>
              <w:rPr>
                <w:rFonts w:ascii="Times New Roman" w:hAnsi="Times New Roman" w:eastAsia="宋体"/>
                <w:b w:val="0"/>
                <w:sz w:val="21"/>
              </w:rPr>
              <w:t>胡*轩</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2026330073</w:t>
            </w:r>
          </w:p>
        </w:tc>
        <w:tc>
          <w:tcPr>
            <w:tcW w:type="dxa" w:w="1079"/>
          </w:tcPr>
          <w:p>
            <w:pPr>
              <w:spacing w:after="20" w:before="20"/>
            </w:pPr>
            <w:r/>
            <w:r>
              <w:rPr>
                <w:rFonts w:ascii="Times New Roman" w:hAnsi="Times New Roman" w:eastAsia="宋体"/>
                <w:b w:val="0"/>
                <w:sz w:val="21"/>
              </w:rPr>
              <w:t>5017苏州附属医院（苏州市中医医院）</w:t>
            </w:r>
          </w:p>
        </w:tc>
        <w:tc>
          <w:tcPr>
            <w:tcW w:type="dxa" w:w="1079"/>
          </w:tcPr>
          <w:p>
            <w:pPr>
              <w:spacing w:after="20" w:before="20"/>
            </w:pPr>
            <w:r/>
            <w:r>
              <w:rPr>
                <w:rFonts w:ascii="Times New Roman" w:hAnsi="Times New Roman" w:eastAsia="宋体"/>
                <w:b w:val="0"/>
                <w:sz w:val="21"/>
              </w:rPr>
              <w:t>105703中医骨伤科学</w:t>
            </w:r>
          </w:p>
        </w:tc>
        <w:tc>
          <w:tcPr>
            <w:tcW w:type="dxa" w:w="1079"/>
          </w:tcPr>
          <w:p>
            <w:pPr>
              <w:spacing w:after="20" w:before="20"/>
            </w:pPr>
            <w:r/>
            <w:r>
              <w:rPr>
                <w:rFonts w:ascii="Times New Roman" w:hAnsi="Times New Roman" w:eastAsia="宋体"/>
                <w:b w:val="0"/>
                <w:sz w:val="21"/>
              </w:rPr>
              <w:t>05中医骨伤科疾病的临床研究(017苏州附属医院（苏州市中医医院）)</w:t>
            </w:r>
          </w:p>
        </w:tc>
        <w:tc>
          <w:tcPr>
            <w:tcW w:type="dxa" w:w="1079"/>
          </w:tcPr>
          <w:p>
            <w:pPr>
              <w:spacing w:after="20" w:before="20"/>
            </w:pPr>
            <w:r/>
            <w:r>
              <w:rPr>
                <w:rFonts w:ascii="Times New Roman" w:hAnsi="Times New Roman" w:eastAsia="宋体"/>
                <w:b w:val="0"/>
                <w:sz w:val="21"/>
              </w:rPr>
              <w:t>徐*瑶</w:t>
            </w:r>
          </w:p>
        </w:tc>
        <w:tc>
          <w:tcPr>
            <w:tcW w:type="dxa" w:w="1079"/>
          </w:tcPr>
          <w:p>
            <w:pPr>
              <w:spacing w:after="20" w:before="20"/>
            </w:pPr>
            <w:r/>
            <w:r>
              <w:rPr>
                <w:rFonts w:ascii="Times New Roman" w:hAnsi="Times New Roman" w:eastAsia="宋体"/>
                <w:b w:val="0"/>
                <w:sz w:val="21"/>
              </w:rPr>
              <w:t>0</w:t>
            </w:r>
          </w:p>
        </w:tc>
        <w:tc>
          <w:tcPr>
            <w:tcW w:type="dxa" w:w="1079"/>
          </w:tcPr>
          <w:p>
            <w:pPr>
              <w:spacing w:after="20" w:before="20"/>
            </w:pPr>
            <w:r/>
            <w:r>
              <w:rPr>
                <w:rFonts w:ascii="Times New Roman" w:hAnsi="Times New Roman" w:eastAsia="宋体"/>
                <w:b w:val="0"/>
                <w:sz w:val="21"/>
              </w:rPr>
              <w:t>缺考</w:t>
            </w:r>
          </w:p>
        </w:tc>
        <w:tc>
          <w:tcPr>
            <w:tcW w:type="dxa" w:w="107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四、中医妇科学（105704）</w:t>
      </w:r>
    </w:p>
    <w:p>
      <w:pPr>
        <w:spacing w:after="80" w:lineRule="auto" w:line="360"/>
        <w:ind w:firstLine="482"/>
        <w:jc w:val="both"/>
      </w:pPr>
      <w:r>
        <w:rPr>
          <w:rFonts w:ascii="Times New Roman" w:hAnsi="Times New Roman" w:eastAsia="宋体"/>
          <w:b w:val="0"/>
          <w:sz w:val="24"/>
        </w:rPr>
        <w:t>1. 本专业共 1 人，其中考核通过 1 人。</w:t>
      </w:r>
    </w:p>
    <w:p>
      <w:pPr>
        <w:spacing w:after="80" w:lineRule="auto" w:line="360"/>
        <w:ind w:firstLine="482"/>
        <w:jc w:val="both"/>
      </w:pPr>
      <w:r>
        <w:rPr>
          <w:rFonts w:ascii="Times New Roman" w:hAnsi="Times New Roman" w:eastAsia="宋体"/>
          <w:b w:val="0"/>
          <w:sz w:val="24"/>
        </w:rPr>
        <w:t>2. 研究方向为：04 中医妇科疾病的临床研究。</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报名号</w:t>
            </w:r>
          </w:p>
        </w:tc>
        <w:tc>
          <w:tcPr>
            <w:tcW w:type="dxa" w:w="1079"/>
          </w:tcPr>
          <w:p>
            <w:pPr>
              <w:spacing w:after="20" w:before="20"/>
            </w:pPr>
            <w:r/>
            <w:r>
              <w:rPr>
                <w:rFonts w:ascii="Times New Roman" w:hAnsi="Times New Roman" w:eastAsia="宋体"/>
                <w:b/>
                <w:sz w:val="21"/>
              </w:rPr>
              <w:t>申请院系所号及名称</w:t>
            </w:r>
          </w:p>
        </w:tc>
        <w:tc>
          <w:tcPr>
            <w:tcW w:type="dxa" w:w="1079"/>
          </w:tcPr>
          <w:p>
            <w:pPr>
              <w:spacing w:after="20" w:before="20"/>
            </w:pPr>
            <w:r/>
            <w:r>
              <w:rPr>
                <w:rFonts w:ascii="Times New Roman" w:hAnsi="Times New Roman" w:eastAsia="宋体"/>
                <w:b/>
                <w:sz w:val="21"/>
              </w:rPr>
              <w:t>申请专业代码及名称</w:t>
            </w:r>
          </w:p>
        </w:tc>
        <w:tc>
          <w:tcPr>
            <w:tcW w:type="dxa" w:w="1079"/>
          </w:tcPr>
          <w:p>
            <w:pPr>
              <w:spacing w:after="20" w:before="20"/>
            </w:pPr>
            <w:r/>
            <w:r>
              <w:rPr>
                <w:rFonts w:ascii="Times New Roman" w:hAnsi="Times New Roman" w:eastAsia="宋体"/>
                <w:b/>
                <w:sz w:val="21"/>
              </w:rPr>
              <w:t>申请研究方向</w:t>
            </w:r>
          </w:p>
        </w:tc>
        <w:tc>
          <w:tcPr>
            <w:tcW w:type="dxa" w:w="1079"/>
          </w:tcPr>
          <w:p>
            <w:pPr>
              <w:spacing w:after="20" w:before="20"/>
            </w:pPr>
            <w:r/>
            <w:r>
              <w:rPr>
                <w:rFonts w:ascii="Times New Roman" w:hAnsi="Times New Roman" w:eastAsia="宋体"/>
                <w:b/>
                <w:sz w:val="21"/>
              </w:rPr>
              <w:t>考生姓名</w:t>
            </w:r>
          </w:p>
        </w:tc>
        <w:tc>
          <w:tcPr>
            <w:tcW w:type="dxa" w:w="1079"/>
          </w:tcPr>
          <w:p>
            <w:pPr>
              <w:spacing w:after="20" w:before="20"/>
            </w:pPr>
            <w:r/>
            <w:r>
              <w:rPr>
                <w:rFonts w:ascii="Times New Roman" w:hAnsi="Times New Roman" w:eastAsia="宋体"/>
                <w:b/>
                <w:sz w:val="21"/>
              </w:rPr>
              <w:t>复试总成绩</w:t>
            </w:r>
          </w:p>
        </w:tc>
        <w:tc>
          <w:tcPr>
            <w:tcW w:type="dxa" w:w="1079"/>
          </w:tcPr>
          <w:p>
            <w:pPr>
              <w:spacing w:after="20" w:before="20"/>
            </w:pPr>
            <w:r/>
            <w:r>
              <w:rPr>
                <w:rFonts w:ascii="Times New Roman" w:hAnsi="Times New Roman" w:eastAsia="宋体"/>
                <w:b/>
                <w:sz w:val="21"/>
              </w:rPr>
              <w:t>考核结果</w:t>
            </w:r>
          </w:p>
        </w:tc>
        <w:tc>
          <w:tcPr>
            <w:tcW w:type="dxa" w:w="1079"/>
          </w:tcPr>
          <w:p>
            <w:pPr>
              <w:spacing w:after="20" w:before="20"/>
            </w:pPr>
            <w:r/>
            <w:r>
              <w:rPr>
                <w:rFonts w:ascii="Times New Roman" w:hAnsi="Times New Roman" w:eastAsia="宋体"/>
                <w:b/>
                <w:sz w:val="21"/>
              </w:rPr>
              <w:t>备注</w:t>
            </w:r>
          </w:p>
        </w:tc>
      </w:tr>
      <w:tr>
        <w:tc>
          <w:tcPr>
            <w:tcW w:type="dxa" w:w="1079"/>
          </w:tcPr>
          <w:p>
            <w:pPr>
              <w:spacing w:after="20" w:before="20"/>
            </w:pPr>
            <w:r/>
            <w:r>
              <w:rPr>
                <w:rFonts w:ascii="Times New Roman" w:hAnsi="Times New Roman" w:eastAsia="宋体"/>
                <w:b w:val="0"/>
                <w:sz w:val="21"/>
              </w:rPr>
              <w:t>2026330007</w:t>
            </w:r>
          </w:p>
        </w:tc>
        <w:tc>
          <w:tcPr>
            <w:tcW w:type="dxa" w:w="1079"/>
          </w:tcPr>
          <w:p>
            <w:pPr>
              <w:spacing w:after="20" w:before="20"/>
            </w:pPr>
            <w:r/>
            <w:r>
              <w:rPr>
                <w:rFonts w:ascii="Times New Roman" w:hAnsi="Times New Roman" w:eastAsia="宋体"/>
                <w:b w:val="0"/>
                <w:sz w:val="21"/>
              </w:rPr>
              <w:t>6017苏州附属医院（苏州市中医医院）</w:t>
            </w:r>
          </w:p>
        </w:tc>
        <w:tc>
          <w:tcPr>
            <w:tcW w:type="dxa" w:w="1079"/>
          </w:tcPr>
          <w:p>
            <w:pPr>
              <w:spacing w:after="20" w:before="20"/>
            </w:pPr>
            <w:r/>
            <w:r>
              <w:rPr>
                <w:rFonts w:ascii="Times New Roman" w:hAnsi="Times New Roman" w:eastAsia="宋体"/>
                <w:b w:val="0"/>
                <w:sz w:val="21"/>
              </w:rPr>
              <w:t>105704中医妇科学</w:t>
            </w:r>
          </w:p>
        </w:tc>
        <w:tc>
          <w:tcPr>
            <w:tcW w:type="dxa" w:w="1079"/>
          </w:tcPr>
          <w:p>
            <w:pPr>
              <w:spacing w:after="20" w:before="20"/>
            </w:pPr>
            <w:r/>
            <w:r>
              <w:rPr>
                <w:rFonts w:ascii="Times New Roman" w:hAnsi="Times New Roman" w:eastAsia="宋体"/>
                <w:b w:val="0"/>
                <w:sz w:val="21"/>
              </w:rPr>
              <w:t>04中医妇科疾病的临床研究(017苏州附属医院（苏州市中医医院）)</w:t>
            </w:r>
          </w:p>
        </w:tc>
        <w:tc>
          <w:tcPr>
            <w:tcW w:type="dxa" w:w="1079"/>
          </w:tcPr>
          <w:p>
            <w:pPr>
              <w:spacing w:after="20" w:before="20"/>
            </w:pPr>
            <w:r/>
            <w:r>
              <w:rPr>
                <w:rFonts w:ascii="Times New Roman" w:hAnsi="Times New Roman" w:eastAsia="宋体"/>
                <w:b w:val="0"/>
                <w:sz w:val="21"/>
              </w:rPr>
              <w:t>夏*瑶</w:t>
            </w:r>
          </w:p>
        </w:tc>
        <w:tc>
          <w:tcPr>
            <w:tcW w:type="dxa" w:w="1079"/>
          </w:tcPr>
          <w:p>
            <w:pPr>
              <w:spacing w:after="20" w:before="20"/>
            </w:pPr>
            <w:r/>
            <w:r>
              <w:rPr>
                <w:rFonts w:ascii="Times New Roman" w:hAnsi="Times New Roman" w:eastAsia="宋体"/>
                <w:b w:val="0"/>
                <w:sz w:val="21"/>
              </w:rPr>
              <w:t>67.8</w:t>
            </w:r>
          </w:p>
        </w:tc>
        <w:tc>
          <w:tcPr>
            <w:tcW w:type="dxa" w:w="1079"/>
          </w:tcPr>
          <w:p>
            <w:pPr>
              <w:spacing w:after="20" w:before="20"/>
            </w:pPr>
            <w:r/>
            <w:r>
              <w:rPr>
                <w:rFonts w:ascii="Times New Roman" w:hAnsi="Times New Roman" w:eastAsia="宋体"/>
                <w:b w:val="0"/>
                <w:sz w:val="21"/>
              </w:rPr>
              <w:t>考核通过</w:t>
            </w:r>
          </w:p>
        </w:tc>
        <w:tc>
          <w:tcPr>
            <w:tcW w:type="dxa" w:w="107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五、汇总</w:t>
      </w:r>
    </w:p>
    <w:p>
      <w:pPr>
        <w:spacing w:after="80" w:lineRule="auto" w:line="360"/>
        <w:ind w:firstLine="482"/>
        <w:jc w:val="both"/>
      </w:pPr>
      <w:r>
        <w:rPr>
          <w:rFonts w:ascii="Times New Roman" w:hAnsi="Times New Roman" w:eastAsia="宋体"/>
          <w:b w:val="0"/>
          <w:sz w:val="24"/>
        </w:rPr>
        <w:t>1. 本次预推免考核合计 54 人。</w:t>
      </w:r>
    </w:p>
    <w:p>
      <w:pPr>
        <w:spacing w:after="80" w:lineRule="auto" w:line="360"/>
        <w:ind w:firstLine="482"/>
        <w:jc w:val="both"/>
      </w:pPr>
      <w:r>
        <w:rPr>
          <w:rFonts w:ascii="Times New Roman" w:hAnsi="Times New Roman" w:eastAsia="宋体"/>
          <w:b w:val="0"/>
          <w:sz w:val="24"/>
        </w:rPr>
        <w:t>2. 考核通过 30 人，考核未通过 7 人，缺考 17 人。</w:t>
      </w:r>
    </w:p>
    <w:p>
      <w:pPr>
        <w:spacing w:after="80" w:lineRule="auto" w:line="360"/>
        <w:ind w:firstLine="482"/>
        <w:jc w:val="both"/>
      </w:pPr>
      <w:r>
        <w:rPr>
          <w:rFonts w:ascii="Times New Roman" w:hAnsi="Times New Roman" w:eastAsia="宋体"/>
          <w:b w:val="0"/>
          <w:sz w:val="24"/>
        </w:rPr>
        <w:t>3. 复试总成绩最高分为 92.2（中医外科学 蒋*宸），考核通过最低分为 60.2（中医内科学 王*善）；考核未通过最高分为 59.4（中医内科学 李*姣）。</w:t>
      </w:r>
    </w:p>
    <w:p>
      <w:pPr>
        <w:spacing w:after="80" w:lineRule="auto" w:line="360"/>
        <w:ind w:firstLine="482"/>
        <w:jc w:val="both"/>
      </w:pPr>
      <w:r>
        <w:rPr>
          <w:rFonts w:ascii="Times New Roman" w:hAnsi="Times New Roman" w:eastAsia="宋体"/>
          <w:b w:val="0"/>
          <w:sz w:val="24"/>
        </w:rPr>
        <w:t>4. 缺考考生复试总成绩均记为 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