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宁夏医科大学护理学院2026年推免生招生复试通知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宁夏医科大学护理学院2026年推免生招生复试通知面向拟申请该院2026年推免生的考生，就复试相关安排及联系方式予以说明。本通知同时涵盖预推免与正式推免流程。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复试具体时间、地点、形式及内容等详细信息，请参见《宁夏医科大学护理学院2026年推免生招生复试录取工作实施细则》。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考生需密切关注学院后续发布的相关通知，按要求参加复试。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学院地址：宁夏银川兴庆区胜利街1160号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联系电话：0951-6880521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