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保研通知网2026年保研通知查询平台说明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保研通知网为全国高校夏令营、预推免、正式推免保研信息同步开放平台，提供一站式保研信息高效检索服务。平台实时汇聚2026年全国985/211/双一流高校的夏令营、预推免、正式推免通知，支持按院校、学科、专业、状态等多维度精准筛选，24小时自动更新。平台同时提供2025年及历年保研通知回看功能，帮助推免生了解往年招生动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一、通知分类与功能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夏令营通知：覆盖报名时间、申请条件、材料要求和截止日期，帮助推免生提前规划申请节奏。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预推免通知：覆盖预推免报名、材料提交、复试考核和截止日期，帮助推免生把握预推免主战场机会。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正式推免通知：覆盖九推补位、正式推免报名、系统填报、复试确认和截止日期，帮助推免生及时把握补位机会。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72小时最新通知：集中查看近72小时更新的保研通知，快速发现近期新增机会。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我的关注：登录后按已关注学校、学科和专业方向查看个性化保研通知列表。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二、辅助功能模块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保研日历：按报名截止日期汇总全国高校夏令营、预推免和正式推免通知，支持逐月查看截止节点与当天通知。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公示名单查询：汇总全国高校保研名单公示信息，覆盖拟录取、入营、优秀营员等公开结果，支持按学校检索并切换年份。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就业质量报告：汇总全国高校历年毕业生就业质量报告，按学校与年份归档，为保研择校和专业判断提供参考。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保研面试题库：设有英语问答、专业英语、文献翻译、数学专题、思政考核和收藏合集六个专题入口，支持筛选、答案对照、朗读、收藏、复习标记和个人作答。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保研词典：收录保研圈常用术语与缩写释义，涵盖夏令营、预推免、推免面试等全流程专业词汇。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平台提供“联系我们”页面，可咨询机构合作、招生数据服务、会员与支付问题，或提交产品建议和内容纠错。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团队通常会在24小时内跟进处理相关咨询。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平台网址：https://www.baoyantongzhi.com/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