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您现在的位置： 首页&amp;raquo; 通知公告&amp;raquo; 西北农林科技大学动物科技学院关于第十二届优秀大学生暑期夏令营招生的通知</w:t>
      </w:r>
    </w:p>
    <w:p>
      <w:r>
        <w:t>学校主页 | 联系我们 | English</w:t>
      </w:r>
    </w:p>
    <w:p>
      <w:r>
        <w:t>历史沿革</w:t>
      </w:r>
    </w:p>
    <w:p>
      <w:r>
        <w:t>院徽院训</w:t>
      </w:r>
    </w:p>
    <w:p>
      <w:r>
        <w:t>机构设置</w:t>
      </w:r>
    </w:p>
    <w:p>
      <w:r>
        <w:t>学科设置</w:t>
      </w:r>
    </w:p>
    <w:p>
      <w:r>
        <w:t>学院荣誉</w:t>
      </w:r>
    </w:p>
    <w:p>
      <w:r>
        <w:t>联系我们</w:t>
      </w:r>
    </w:p>
    <w:p>
      <w:r>
        <w:t>教师名录</w:t>
      </w:r>
    </w:p>
    <w:p>
      <w:r>
        <w:t>博士后</w:t>
      </w:r>
    </w:p>
    <w:p>
      <w:r>
        <w:t>外聘专家</w:t>
      </w:r>
    </w:p>
    <w:p>
      <w:r>
        <w:t>本科生教育</w:t>
      </w:r>
    </w:p>
    <w:p>
      <w:r>
        <w:t>研究生教育</w:t>
      </w:r>
    </w:p>
    <w:p>
      <w:r>
        <w:t>科研概况</w:t>
      </w:r>
    </w:p>
    <w:p>
      <w:r>
        <w:t>科研进展</w:t>
      </w:r>
    </w:p>
    <w:p>
      <w:r>
        <w:t>科研团队</w:t>
      </w:r>
    </w:p>
    <w:p>
      <w:r>
        <w:t>科研平台</w:t>
      </w:r>
    </w:p>
    <w:p>
      <w:r>
        <w:t>社会服务</w:t>
      </w:r>
    </w:p>
    <w:p>
      <w:r>
        <w:t>服务概况</w:t>
      </w:r>
    </w:p>
    <w:p>
      <w:r>
        <w:t>校企合作</w:t>
      </w:r>
    </w:p>
    <w:p>
      <w:r>
        <w:t>推广基地</w:t>
      </w:r>
    </w:p>
    <w:p>
      <w:r>
        <w:t>示范推广</w:t>
      </w:r>
    </w:p>
    <w:p>
      <w:r>
        <w:t>党群工作</w:t>
      </w:r>
    </w:p>
    <w:p>
      <w:r>
        <w:t>党建工作</w:t>
      </w:r>
    </w:p>
    <w:p>
      <w:r>
        <w:t>部门工会</w:t>
      </w:r>
    </w:p>
    <w:p>
      <w:r>
        <w:t>学生工作</w:t>
      </w:r>
    </w:p>
    <w:p>
      <w:r>
        <w:t>学工队伍</w:t>
      </w:r>
    </w:p>
    <w:p>
      <w:r>
        <w:t>团学组织</w:t>
      </w:r>
    </w:p>
    <w:p>
      <w:r>
        <w:t>管理文件</w:t>
      </w:r>
    </w:p>
    <w:p>
      <w:r>
        <w:t>奖助学金</w:t>
      </w:r>
    </w:p>
    <w:p>
      <w:r>
        <w:t>学生工作</w:t>
      </w:r>
    </w:p>
    <w:p>
      <w:r>
        <w:t>就业信息</w:t>
      </w:r>
    </w:p>
    <w:p>
      <w:r>
        <w:t>光荣榜</w:t>
      </w:r>
    </w:p>
    <w:p>
      <w:r>
        <w:t>校友工作</w:t>
      </w:r>
    </w:p>
    <w:p>
      <w:r>
        <w:t>校友动态</w:t>
      </w:r>
    </w:p>
    <w:p>
      <w:r>
        <w:t>校友风采</w:t>
      </w:r>
    </w:p>
    <w:p>
      <w:r>
        <w:t>毕业合影</w:t>
      </w:r>
    </w:p>
    <w:p>
      <w:r>
        <w:t>校友感言</w:t>
      </w:r>
    </w:p>
    <w:p>
      <w:r>
        <w:t>纪念活动</w:t>
      </w:r>
    </w:p>
    <w:p>
      <w:r>
        <w:t>快速通道</w:t>
      </w:r>
    </w:p>
    <w:p>
      <w:r>
        <w:t>学院新闻</w:t>
      </w:r>
    </w:p>
    <w:p>
      <w:r>
        <w:t>通知公告</w:t>
      </w:r>
    </w:p>
    <w:p>
      <w:r>
        <w:t>您现在的位置： 首页»</w:t>
      </w:r>
    </w:p>
    <w:p>
      <w:r>
        <w:t>通知公告»</w:t>
      </w:r>
    </w:p>
    <w:p>
      <w:r>
        <w:t>西北农林科技大学动物科技学院关于第十二届优秀大学生暑期夏令营招生的通知</w:t>
      </w:r>
    </w:p>
    <w:p>
      <w:r>
        <w:t>西北农林科技大学动物科技学院关于第十二届优秀大学生暑期夏令营招生的通知</w:t>
      </w:r>
    </w:p>
    <w:p>
      <w:r>
        <w:t>动物科技学院是西北农林科技大学办学历史最悠久的学院之一。1936年开始招收本科生，1963年招收研究生。现有畜牧学、水产、生物学3个一级学科和2个专业学位领域，其中畜牧学为国家“双一流”建设学科。设有动物遗传育种与繁殖（国家重点学科）、动物营养与饲料科学、特种经济动物饲养、动物学、水生生物学5个博士学术学位授权点；动物遗传育种与繁殖、动物营养与饲料科学、特种经济动物饲养、水产养殖、渔业资源、动物学、水生生物学7个硕士学术学位授权点；畜牧、渔业2个领域博士专业学位授权点；设有畜牧学博士后流动站。</w:t>
      </w:r>
    </w:p>
    <w:p>
      <w:r>
        <w:t>为促进各高校动物科学、水产科学及相关专业的优秀大学生之间的交流互动，也让全国相关专业优秀大学生深入了解西北农林科技大学动物科技学院，我院拟定于7月中旬举办第十二届优秀大学生暑期夏令营活动，现诚邀有意报考我院的优秀应届本科生报名参加。</w:t>
      </w:r>
    </w:p>
    <w:p>
      <w:r>
        <w:t>一、申请对象及条件</w:t>
      </w:r>
    </w:p>
    <w:p>
      <w:r>
        <w:t>有意愿攻读我院研究生的2027届应届本科毕业生。具体要求如下：</w:t>
      </w:r>
    </w:p>
    <w:p>
      <w:r>
        <w:t>1. 遵守宪法和法律，拥护中国共产党的领导和社会主义制度。</w:t>
      </w:r>
    </w:p>
    <w:p>
      <w:r>
        <w:t>2. 积极向上，热爱生活，身心健康，能够较好地完成日常学习、生活和人际交往。</w:t>
      </w:r>
    </w:p>
    <w:p>
      <w:r>
        <w:t>3. 具有良好的思想品德和政治素质，诚实守信，学风端正，无考试作弊或剽窃他人学术成果等学术不端行为。</w:t>
      </w:r>
    </w:p>
    <w:p>
      <w:r>
        <w:t>4. 有相关学科背景（畜牧学、水产等）。</w:t>
      </w:r>
    </w:p>
    <w:p>
      <w:r>
        <w:t>5. 学业成绩优异，满足以下其一：</w:t>
      </w:r>
    </w:p>
    <w:p>
      <w:r>
        <w:t>（1）本科前三年综合成绩排名在本专业前30%之内；</w:t>
      </w:r>
    </w:p>
    <w:p>
      <w:r>
        <w:t>（2）在大学生科技创新研究表现突出，如以第一作者发表 SCI 或国内核心学术期刊论文，获国际或国家级竞赛奖项等。</w:t>
      </w:r>
    </w:p>
    <w:p>
      <w:r>
        <w:t>6. 外语成绩优秀。</w:t>
      </w:r>
    </w:p>
    <w:p>
      <w:r>
        <w:t>二、申请材料</w:t>
      </w:r>
    </w:p>
    <w:p>
      <w:r>
        <w:t>1. 《西北农林科技大学优秀大学生夏令营申请表》（报名系统导出）；</w:t>
      </w:r>
    </w:p>
    <w:p>
      <w:r>
        <w:t>2. 前三年本科阶段成绩单（须本科所在学校教务部门盖章并注明专业排名和专业总人数，可参考附件1）；</w:t>
      </w:r>
    </w:p>
    <w:p>
      <w:r>
        <w:t>3. 国家英语四、六级考试、TOEFL、GRE/GMAT成绩等英语水平考试的成绩证明；</w:t>
      </w:r>
    </w:p>
    <w:p>
      <w:r>
        <w:t>4. 相关专业导师专家推荐信（附件2）；</w:t>
      </w:r>
    </w:p>
    <w:p>
      <w:r>
        <w:t>5. 其它材料，如获奖证书、发表或已录用的学术论文、出版物、原创性成果及其他证明材料等。</w:t>
      </w:r>
    </w:p>
    <w:p>
      <w:r>
        <w:t>三、申请程序</w:t>
      </w:r>
    </w:p>
    <w:p>
      <w:r>
        <w:t>1. 网上系统报名：7月1日至7月6日，申请人须登录我校夏令营报名系统填报信息（申请网址：https://yjsks.nwafu.edu.cn/ks/ 详见附件3。</w:t>
      </w:r>
    </w:p>
    <w:p>
      <w:r>
        <w:t>2. 申请材料提交：申请人须将申请材料扫描为PDF文档，在提交截止日期前上传系统。</w:t>
      </w:r>
    </w:p>
    <w:p>
      <w:r>
        <w:t>未通过系统报名或未提交申请电子材料者，视作无效申请，不予受理。</w:t>
      </w:r>
    </w:p>
    <w:p>
      <w:r>
        <w:t>3. 资格审核及名单公示</w:t>
      </w:r>
    </w:p>
    <w:p>
      <w:r>
        <w:t>学院将组织专家对申请者进行审核，以申请者的教育背景、学业水平、科研情况、综合素质等为主要审核依据。拟于7月8日前将参营名单公布于学院官方网站上并电话通知本人，届时未接到参营通知的同学皆为未入选者，不另行通知。</w:t>
      </w:r>
    </w:p>
    <w:p>
      <w:r>
        <w:t>申请后不需要寄送纸质版材料，获得入营资格后，入营报到时提交纸质版材料。</w:t>
      </w:r>
    </w:p>
    <w:p>
      <w:r>
        <w:t>为保证夏令营活动的质量，受营员规模的限制，因此，不能满足所有对动物科技学院感兴趣同学的申请，欢迎大家通过网站和电话咨询学院相关情况。</w:t>
      </w:r>
    </w:p>
    <w:p>
      <w:r>
        <w:t>四、活动安排</w:t>
      </w:r>
    </w:p>
    <w:p>
      <w:r>
        <w:t>第十二届优秀大学生暑期夏令营活动拟于7月15日举行（具体安排另行通知），计划招生40人左右。</w:t>
      </w:r>
    </w:p>
    <w:p>
      <w:r>
        <w:t>夏令营期间，将开展学术交流、师生面对面、研究生交流等活动，近距离感受和了解我院学科建设、研究生培养和专家风采。</w:t>
      </w:r>
    </w:p>
    <w:p>
      <w:r>
        <w:t>五、其他说明</w:t>
      </w:r>
    </w:p>
    <w:p>
      <w:r>
        <w:t>1. 本日程为拟定计划，具体安排另行通知。</w:t>
      </w:r>
    </w:p>
    <w:p>
      <w:r>
        <w:t>2. 营员必须遵守西北农林科技大学有关规章制度和夏令营的纪律要求，服从工作人员安排，并按时参加夏令营期间的各项活动。擅自离营者，取消其营员资格。</w:t>
      </w:r>
    </w:p>
    <w:p>
      <w:r>
        <w:t>3. 营员需保证申请材料的真实准确，若发现弄虚作假者，即取消申请人营员资格，并保留追溯的权利。</w:t>
      </w:r>
    </w:p>
    <w:p>
      <w:r>
        <w:t>4. 营员从学校往返杨凌的交通费（按照本科就读高校所在城市至杨凌之间的火车硬座车票/汽车票标准，市内车费不予报销，请保存好纸质车票），在杨凌期间的人身保险费（保险期为报到后至闭营）、住宿费、餐费，由动物科技学院承担。住宿提供双人标间，原则上要求双人入住。主办方不提供订票服务，请自行提前预订往返车票。</w:t>
      </w:r>
    </w:p>
    <w:p>
      <w:r>
        <w:t>5. 学院及学科介绍、导师简介等更多相关信息请查阅西北农林科技大学动物科技学院官方网站。</w:t>
      </w:r>
    </w:p>
    <w:p>
      <w:r>
        <w:t>6. 本通知未尽事宜，由西北农林科技大学动物科技学院负责解释。</w:t>
      </w:r>
    </w:p>
    <w:p>
      <w:r>
        <w:t>六、联系方式</w:t>
      </w:r>
    </w:p>
    <w:p>
      <w:r>
        <w:t>联系人：廖老师、亓老师</w:t>
      </w:r>
    </w:p>
    <w:p>
      <w:r>
        <w:t>电 话：029-87091531；029-87092120</w:t>
      </w:r>
    </w:p>
    <w:p>
      <w:r>
        <w:t>邮 箱：dkxyyjs@163.com</w:t>
      </w:r>
    </w:p>
    <w:p>
      <w:r>
        <w:t>欢迎相关专业的优秀学子踊跃报名！</w:t>
      </w:r>
    </w:p>
    <w:p>
      <w:r>
        <w:t>动物科技学院</w:t>
      </w:r>
    </w:p>
    <w:p>
      <w:r>
        <w:t>2026年6月29日</w:t>
      </w:r>
    </w:p>
    <w:p>
      <w:r>
        <w:t>相关附件</w:t>
      </w:r>
    </w:p>
    <w:p>
      <w:r>
        <w:t>附件1 成绩排名证明参考模板.doc</w:t>
      </w:r>
    </w:p>
    <w:p>
      <w:r>
        <w:t>附件2 专家推荐信.doc</w:t>
      </w:r>
    </w:p>
    <w:p>
      <w:r>
        <w:t>附件3 夏令营考生报名操作说明.docx</w:t>
      </w:r>
    </w:p>
    <w:p>
      <w:r>
        <w:t>西北农林科技大学 2026年优秀大学生夏令营申请表.docx</w:t>
      </w:r>
    </w:p>
    <w:p>
      <w:r>
        <w:t>版权所有 : 西北农林科技大学动物科技学院</w:t>
      </w:r>
    </w:p>
    <w:p>
      <w:r>
        <w:t>地址 : 陕西省杨凌农业高新技术产业示范区西农路22号</w:t>
      </w:r>
    </w:p>
    <w:p>
      <w:r>
        <w:t>邮编 : 712100</w:t>
      </w:r>
    </w:p>
    <w:p>
      <w:r>
        <w:t>主管领导 : 黎登寨 网管员 : 巩敏芝 总访问量： 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