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工程中心2024年接收推免生复试名单（第一批公布）-教育大数据应用技术国家工程研究中心（新）</w:t>
      </w:r>
    </w:p>
    <w:p>
      <w:r>
        <w:t>工程中心2024年接收推免生复试名单（第一批公布）</w:t>
      </w:r>
    </w:p>
    <w:p>
      <w:r>
        <w:t>2023-09-22 | 访问量：863</w:t>
      </w:r>
    </w:p>
    <w:p>
      <w:r>
        <w:t>复试名单见附件。</w:t>
      </w:r>
    </w:p>
    <w:p>
      <w:r>
        <w:t>附件【2024年工程中心推免复试名单（第一批）.pdf】</w:t>
      </w:r>
    </w:p>
    <w:p>
      <w:r>
        <w:t>相关新闻</w:t>
      </w:r>
    </w:p>
    <w:p>
      <w:r>
        <w:t>[04-03]2026年工程中心博士研究生“申请-考核”制招生 综合考核结果（含拟录取意见）公示</w:t>
      </w:r>
    </w:p>
    <w:p>
      <w:r>
        <w:t>[04-01]华中师范大学教育大数据应用技术国家工程研究中心（国家数字化学习工程技术研究中心）2026年硕士研究生复试成绩公示</w:t>
      </w:r>
    </w:p>
    <w:p>
      <w:r>
        <w:t>[03-22]工程中心2026年硕士研究生招生复试录取工作细则</w:t>
      </w:r>
    </w:p>
    <w:p>
      <w:r>
        <w:t>[03-12]工程中心2026年博士研究生招生综合考核工作方案</w:t>
      </w:r>
    </w:p>
    <w:p>
      <w:r>
        <w:t>[03-11]2026年工程中心博士研究生“申请-考核”制招生入围综合考核考生名单公示</w:t>
      </w:r>
    </w:p>
    <w:p>
      <w:r>
        <w:t>[01-09]工程中心2026年博士研究生招生外语水平考核的通知</w:t>
      </w:r>
    </w:p>
    <w:p>
      <w:r>
        <w:t>[01-06]工程中心2026年博士研究生招生收到申请材料的考生名单</w:t>
      </w:r>
    </w:p>
    <w:p>
      <w:r>
        <w:t>[12-15]华中师范大学工程中心2026年博士研究生“申请-考核”制招生工作实施细则</w:t>
      </w:r>
    </w:p>
    <w:p>
      <w:r>
        <w:t>[11-27]工程中心2026年“华大青年博士生导师支持计划” 推荐人选公示</w:t>
      </w:r>
    </w:p>
    <w:p>
      <w:r>
        <w:t>[11-26]工程中心2025年下半年硕士学位论文答辩安排</w:t>
      </w:r>
    </w:p>
    <w:p>
      <w:r>
        <w:t>地址：湖北省 武汉市 珞喻路152号</w:t>
      </w:r>
    </w:p>
    <w:p>
      <w:r>
        <w:t>华中师范大学南湖综合楼十一楼</w:t>
      </w:r>
    </w:p>
    <w:p>
      <w:r>
        <w:t>邮编：430079</w:t>
      </w:r>
    </w:p>
    <w:p>
      <w:r>
        <w:t>联系电话：027-67867269</w:t>
      </w:r>
    </w:p>
    <w:p>
      <w:r>
        <w:t>关于我们</w:t>
      </w:r>
    </w:p>
    <w:p>
      <w:r>
        <w:t>中心简介</w:t>
      </w:r>
    </w:p>
    <w:p>
      <w:r>
        <w:t>主任致辞</w:t>
      </w:r>
    </w:p>
    <w:p>
      <w:r>
        <w:t>中心领导</w:t>
      </w:r>
    </w:p>
    <w:p>
      <w:r>
        <w:t>行政服务</w:t>
      </w:r>
    </w:p>
    <w:p>
      <w:r>
        <w:t>加入我们</w:t>
      </w:r>
    </w:p>
    <w:p>
      <w:r>
        <w:t>新闻动态</w:t>
      </w:r>
    </w:p>
    <w:p>
      <w:r>
        <w:t>中心新闻</w:t>
      </w:r>
    </w:p>
    <w:p>
      <w:r>
        <w:t>行业动态</w:t>
      </w:r>
    </w:p>
    <w:p>
      <w:r>
        <w:t>人才队伍</w:t>
      </w:r>
    </w:p>
    <w:p>
      <w:r>
        <w:t>学术带头人</w:t>
      </w:r>
    </w:p>
    <w:p>
      <w:r>
        <w:t>兼职人员</w:t>
      </w:r>
    </w:p>
    <w:p>
      <w:r>
        <w:t>招生信息</w:t>
      </w:r>
    </w:p>
    <w:p>
      <w:r>
        <w:t>培养管理</w:t>
      </w:r>
    </w:p>
    <w:p>
      <w:r>
        <w:t>学位管理</w:t>
      </w:r>
    </w:p>
    <w:p/>
    <w:p>
      <w:r>
        <w:t>党群工作</w:t>
      </w:r>
    </w:p>
    <w:p>
      <w:r>
        <w:t>党群动态</w:t>
      </w:r>
    </w:p>
    <w:p>
      <w:r>
        <w:t>学生工作</w:t>
      </w:r>
    </w:p>
    <w:p>
      <w:r>
        <w:t>教工之家</w:t>
      </w:r>
    </w:p>
    <w:p>
      <w:r>
        <w:t>支部风采</w:t>
      </w:r>
    </w:p>
    <w:p>
      <w:r>
        <w:t>理论学习</w:t>
      </w:r>
    </w:p>
    <w:p>
      <w:r>
        <w:t>专题活动</w:t>
      </w:r>
    </w:p>
    <w:p>
      <w:r>
        <w:t>版权所有 © 华中师范大学教育大数据应用技术国家工程研究中心 鄂IPC备：00000000001-1号</w:t>
      </w:r>
    </w:p>
    <w:p>
      <w:r>
        <w:t>返回首页</w:t>
      </w:r>
    </w:p>
    <w:p>
      <w:r>
        <w:t>一键拨号</w:t>
      </w:r>
    </w:p>
    <w:p>
      <w:r>
        <w:t>电话咨询</w:t>
      </w:r>
    </w:p>
    <w:p>
      <w:r>
        <w:t>咨询电话</w:t>
      </w:r>
    </w:p>
    <w:p>
      <w:r>
        <w:t>13972296496</w:t>
      </w:r>
    </w:p>
    <w:p>
      <w:r>
        <w:t>微信咨询</w:t>
      </w:r>
    </w:p>
    <w:p>
      <w:r>
        <w:t>返回顶部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