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河南农业大学外国语学院2026年接收推荐免试研究生工作实施细则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河南农业大学外国语学院2026年接收推荐免试研究生工作实施细则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成立学院推免生招生工作领导小组，负责组织实施本院推免生的接收工作，成员组成名单略。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二、本院拟接收推免生专业及名额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055101英语笔译（全日制专业学位），拟接收2人。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拥护中国共产党的领导，具有良好的思想品德和政治素质，热爱祖国，遵纪守法，品行端正，身心健康。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已获得推荐免试资格的优秀应届本科毕业生；英语笔译专业学位可接收推免生的本科毕业专业包括但不限于英语、翻译等专业。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学术研究兴趣浓厚，有良好的科学精神，有较强的翻译能力，对攻读硕士研究生学习、科研有明确规划和目标。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本科阶段学习成绩、特别是专业成绩突出，英语类、翻译相关专业持有TEM4良好以上等级证书，或非英语类、翻译相关专业持有CET6级425分以上证书。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四、工作程序及安排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申请流程：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（1）具有推荐免试资格的考生，须在国家规定时间内登录“全国推荐免试攻读研究生（免初试、转段）信息公开暨管理服务系统”（网址：https://yz.chsi.com.cn/tm）填报志愿并参加复试。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（2）学院通过推免服务系统向申请学生发出复试或不予接收复试的通知，申请学生在收到通知后在规定时间内予以回复。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（3）申请人按照学院公布的复试时间、地点参加复试。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（1）复试具体时间由学院根据报考情况另行通知；复试采取线上和线下相结合方式进行，包括笔试和面试，满分各100分，重点考核综合能力和专业基础能力。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申请人复试时需提交以下材料：河南农业大学接收推荐免试攻读硕士学位研究生（含直博生）申请表2份、个人陈述1份；学生证、身份证复印件各1份（原件备查）；本科阶段历年成绩单（须加盖教务部门公章）1份；外语水平证明（如TEM4、CET六级、TOEFL、雅思成绩等）；可提交获奖证书、代表性学术论文、出版物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（1）复试后经学校招生工作领导小组审核同意接收的推免生，由学校发送待录取通知，申请考生应在收到通知后12小时内在系统中给予答复。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（2）推免生拟录取名单由学校统一公示无异议后，报送河南省招生办公室并上传教育部备案。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（3）经备案拟录取的推免生需在校医院进行体检，具体时间另行通知，身体状况应符合国家规定的体检标准。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（4）录取通知书将在政审及国家录取检查后于2026年6月中旬寄给考生本人。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取消推免录取资格的情形：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（1）在推免过程中弄虚作假者；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（2）有任何考试作弊记录者；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（3）受到违纪处分者；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（4）第四学年的课程学习成绩低于60分者；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（5）有剽窃他人学术成果记录或其他违法违纪受处分记录者；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（6）入学前未取得学士学位和本科毕业证书者；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（7）录取后又报名参加2026年全国硕士研究生招生考试者。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优先选择导师：录取的推免生享有优先选择导师的权利。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享受最高等级学业奖学金和助学金：推免生入学第一学年全部享受一等学业奖学金（8000元/生），助学金（6000元/生·年）；符合相关规定还可申请研究生“三助一辅”（助研、助教、助管）岗位津贴等；可申请国家助学贷款及校助学贷款（金额不超过学费加住宿费）。具体参照《河南农业大学研究生奖助学金管理办法》（农大研〔2024〕3号）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六、信息公开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学院认真落实国家和学校有关研究生招生文件精神，严格执行招生政策和纪律，做好推免招生重要信息的公示公开工作，自觉接受学校研究生院和纪委监察部门的指导和监督。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学院网站会及时公布接收推免生工作实施细则和复试录取情况，接受考生和社会监督，及时受理考生的咨询、投诉和申诉事宜。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学院推免生招生咨询电话：0371-56990309；招生监督电话：0371-56990059。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地址：郑州市郑东新区平安大道218号河南农业大学外国语学院MTI教育中心（繁塔楼A319）。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邮箱：hnndmti0309@126.com。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电话及联系人：马老师 0371-56990309。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本办法由河南农业大学外国语学院负责解释，如遇与教育部、河南省、河南农业大学等上级单位文件不一致的，以上级单位文件为准。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