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华中农业大学动科动医学院接收推免生复试名单，共15人。其中学术学位硕士10人，专业学位硕士5人。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一、学术学位硕士（基础兽医学，专业代码090601，研究方向为基础兽医04-07方向），共10人：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占乐杨，安徽农业大学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宋宛臻，西南民族大学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潘安琪，福建农林大学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胡永杰，聊城大学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袁泉，华中农业大学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马创业，云南农业大学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雷秋，武汉轻工大学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赵心怡，西南大学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李清昊，海南大学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胡胜男，黑龙江八一农垦大学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二、专业学位硕士（兽医硕士，专业代码095200），共5人：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蒋奇森，河北农业大学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任梓棋，华南农业大学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陈锐，华中农业大学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陈昌静，华中农业大学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何佳璇，广西大学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占乐杨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宋宛臻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潘安琪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胡永杰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聊城大学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马创业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云南农业大学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武汉轻工大学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赵心怡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李清昊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胡胜男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黑龙江八一农垦大学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基础兽医04-07方向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蒋奇森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任梓棋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陈昌静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何佳璇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