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山东中医药大学中医文献与文化研究院2025年优秀大学生暑期学术夏令营活动通知-山东中医药大学研究生招生信息网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山东中医药大学中医文献与文化研究院发布2025年优秀大学生暑期学术夏令营活动通知。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一、材料下载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山东中医药大学中医文献与文化研究院2025年优秀大学生暑期学术夏令营活动通知.pdf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附件：山东中医药大学中医医史文献、科学技术史学科2025年暑期夏令营申请表.docx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附件：参训回执.docx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说明：所提供的正文内容中未包含申请条件、报名时间、活动时间、接收条件、流程、材料清单、时间节点、名额及联系方式等具体信息，以上仅能依据原文提炼出通知名称及可下载材料。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